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BB62B" w14:textId="77777777" w:rsidR="003443E0" w:rsidRPr="00C30D4A" w:rsidRDefault="00000000">
      <w:pPr>
        <w:jc w:val="center"/>
        <w:rPr>
          <w:color w:val="13D9B4"/>
        </w:rPr>
      </w:pPr>
      <w:r w:rsidRPr="00C30D4A">
        <w:rPr>
          <w:rFonts w:ascii="Aptos Display" w:hAnsi="Aptos Display"/>
          <w:b/>
          <w:color w:val="13D9B4"/>
          <w:sz w:val="40"/>
        </w:rPr>
        <w:t>HOTEL SECURITY INCIDENT REPORT TEMPLATE</w:t>
      </w:r>
    </w:p>
    <w:p w14:paraId="34A8577A" w14:textId="77777777" w:rsidR="003443E0" w:rsidRDefault="00000000">
      <w:pPr>
        <w:spacing w:after="160"/>
        <w:jc w:val="center"/>
      </w:pPr>
      <w:r>
        <w:rPr>
          <w:i/>
          <w:sz w:val="19"/>
        </w:rPr>
        <w:t>A structured record for significant security events, escalation, evidence, follow-up and closure</w:t>
      </w:r>
    </w:p>
    <w:tbl>
      <w:tblPr>
        <w:tblStyle w:val="TableGrid"/>
        <w:tblW w:w="0" w:type="auto"/>
        <w:shd w:val="clear" w:color="auto" w:fill="F2F2F2" w:themeFill="background1" w:themeFillShade="F2"/>
        <w:tblLook w:val="04A0" w:firstRow="1" w:lastRow="0" w:firstColumn="1" w:lastColumn="0" w:noHBand="0" w:noVBand="1"/>
      </w:tblPr>
      <w:tblGrid>
        <w:gridCol w:w="10502"/>
      </w:tblGrid>
      <w:tr w:rsidR="003443E0" w14:paraId="1EF232C4" w14:textId="77777777" w:rsidTr="00C30D4A">
        <w:tc>
          <w:tcPr>
            <w:tcW w:w="10512" w:type="dxa"/>
            <w:shd w:val="clear" w:color="auto" w:fill="F2F2F2" w:themeFill="background1" w:themeFillShade="F2"/>
            <w:tcMar>
              <w:top w:w="85" w:type="dxa"/>
              <w:bottom w:w="85" w:type="dxa"/>
            </w:tcMar>
          </w:tcPr>
          <w:p w14:paraId="3930C494" w14:textId="77777777" w:rsidR="003443E0" w:rsidRDefault="00000000">
            <w:r>
              <w:rPr>
                <w:b/>
                <w:sz w:val="17"/>
              </w:rPr>
              <w:t>How to use this template</w:t>
            </w:r>
            <w:r>
              <w:rPr>
                <w:sz w:val="17"/>
              </w:rPr>
              <w:br/>
              <w:t>Use this form when an occurrence meets your hotel's threshold for formal incident reporting or escalation. It is designed to build on, not duplicate, the Daily Occurrence Log. Link the incident back to the relevant DOL entry where applicable, then create a fuller record of the event, response, notifications, evidence, actions and closure.</w:t>
            </w:r>
          </w:p>
        </w:tc>
      </w:tr>
    </w:tbl>
    <w:p w14:paraId="4C924A3E" w14:textId="77777777" w:rsidR="003443E0" w:rsidRDefault="003443E0"/>
    <w:p w14:paraId="51BAFB52" w14:textId="77777777" w:rsidR="00C30D4A" w:rsidRDefault="00C30D4A">
      <w:pPr>
        <w:spacing w:after="80"/>
        <w:rPr>
          <w:b/>
          <w:color w:val="13D9B4"/>
          <w:sz w:val="24"/>
          <w:szCs w:val="24"/>
        </w:rPr>
      </w:pPr>
    </w:p>
    <w:p w14:paraId="2336F97A" w14:textId="23AA2786" w:rsidR="003443E0" w:rsidRPr="00C30D4A" w:rsidRDefault="00000000">
      <w:pPr>
        <w:spacing w:after="80"/>
        <w:rPr>
          <w:color w:val="13D9B4"/>
          <w:sz w:val="24"/>
          <w:szCs w:val="24"/>
        </w:rPr>
      </w:pPr>
      <w:r w:rsidRPr="00C30D4A">
        <w:rPr>
          <w:b/>
          <w:color w:val="13D9B4"/>
          <w:sz w:val="24"/>
          <w:szCs w:val="24"/>
        </w:rPr>
        <w:t>1. Incident identification</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85"/>
        <w:gridCol w:w="3271"/>
        <w:gridCol w:w="2115"/>
        <w:gridCol w:w="3141"/>
      </w:tblGrid>
      <w:tr w:rsidR="003443E0" w14:paraId="2B7A3132" w14:textId="77777777" w:rsidTr="006913C7">
        <w:trPr>
          <w:cantSplit/>
        </w:trPr>
        <w:tc>
          <w:tcPr>
            <w:tcW w:w="1985" w:type="dxa"/>
            <w:shd w:val="clear" w:color="auto" w:fill="F2F2F2" w:themeFill="background1" w:themeFillShade="F2"/>
            <w:tcMar>
              <w:top w:w="80" w:type="dxa"/>
              <w:left w:w="80" w:type="dxa"/>
              <w:bottom w:w="80" w:type="dxa"/>
              <w:right w:w="80" w:type="dxa"/>
            </w:tcMar>
          </w:tcPr>
          <w:p w14:paraId="0F0D85B4" w14:textId="77777777" w:rsidR="003443E0" w:rsidRDefault="00000000">
            <w:r>
              <w:rPr>
                <w:b/>
                <w:sz w:val="16"/>
              </w:rPr>
              <w:t>Hotel / property</w:t>
            </w:r>
          </w:p>
        </w:tc>
        <w:tc>
          <w:tcPr>
            <w:tcW w:w="3271" w:type="dxa"/>
            <w:tcMar>
              <w:top w:w="80" w:type="dxa"/>
              <w:left w:w="80" w:type="dxa"/>
              <w:bottom w:w="80" w:type="dxa"/>
              <w:right w:w="80" w:type="dxa"/>
            </w:tcMar>
          </w:tcPr>
          <w:p w14:paraId="14CF0FB4" w14:textId="77777777" w:rsidR="003443E0" w:rsidRDefault="003443E0"/>
        </w:tc>
        <w:tc>
          <w:tcPr>
            <w:tcW w:w="2115" w:type="dxa"/>
            <w:shd w:val="clear" w:color="auto" w:fill="F2F2F2" w:themeFill="background1" w:themeFillShade="F2"/>
            <w:tcMar>
              <w:top w:w="80" w:type="dxa"/>
              <w:left w:w="80" w:type="dxa"/>
              <w:bottom w:w="80" w:type="dxa"/>
              <w:right w:w="80" w:type="dxa"/>
            </w:tcMar>
          </w:tcPr>
          <w:p w14:paraId="669A208A" w14:textId="77777777" w:rsidR="003443E0" w:rsidRDefault="00000000">
            <w:r>
              <w:rPr>
                <w:b/>
                <w:sz w:val="16"/>
              </w:rPr>
              <w:t>Incident reference</w:t>
            </w:r>
          </w:p>
        </w:tc>
        <w:tc>
          <w:tcPr>
            <w:tcW w:w="3141" w:type="dxa"/>
            <w:tcMar>
              <w:top w:w="80" w:type="dxa"/>
              <w:left w:w="80" w:type="dxa"/>
              <w:bottom w:w="80" w:type="dxa"/>
              <w:right w:w="80" w:type="dxa"/>
            </w:tcMar>
          </w:tcPr>
          <w:p w14:paraId="41DF3828" w14:textId="77777777" w:rsidR="003443E0" w:rsidRDefault="003443E0"/>
        </w:tc>
      </w:tr>
      <w:tr w:rsidR="003443E0" w14:paraId="74F760EC" w14:textId="77777777" w:rsidTr="006913C7">
        <w:trPr>
          <w:cantSplit/>
        </w:trPr>
        <w:tc>
          <w:tcPr>
            <w:tcW w:w="1985" w:type="dxa"/>
            <w:shd w:val="clear" w:color="auto" w:fill="F2F2F2" w:themeFill="background1" w:themeFillShade="F2"/>
            <w:tcMar>
              <w:top w:w="80" w:type="dxa"/>
              <w:left w:w="80" w:type="dxa"/>
              <w:bottom w:w="80" w:type="dxa"/>
              <w:right w:w="80" w:type="dxa"/>
            </w:tcMar>
          </w:tcPr>
          <w:p w14:paraId="09BE1CC4" w14:textId="77777777" w:rsidR="003443E0" w:rsidRDefault="00000000">
            <w:r>
              <w:rPr>
                <w:b/>
                <w:sz w:val="16"/>
              </w:rPr>
              <w:t>Date</w:t>
            </w:r>
          </w:p>
        </w:tc>
        <w:tc>
          <w:tcPr>
            <w:tcW w:w="3271" w:type="dxa"/>
            <w:tcMar>
              <w:top w:w="80" w:type="dxa"/>
              <w:left w:w="80" w:type="dxa"/>
              <w:bottom w:w="80" w:type="dxa"/>
              <w:right w:w="80" w:type="dxa"/>
            </w:tcMar>
          </w:tcPr>
          <w:p w14:paraId="5D623742" w14:textId="77777777" w:rsidR="003443E0" w:rsidRDefault="003443E0"/>
        </w:tc>
        <w:tc>
          <w:tcPr>
            <w:tcW w:w="2115" w:type="dxa"/>
            <w:shd w:val="clear" w:color="auto" w:fill="F2F2F2" w:themeFill="background1" w:themeFillShade="F2"/>
            <w:tcMar>
              <w:top w:w="80" w:type="dxa"/>
              <w:left w:w="80" w:type="dxa"/>
              <w:bottom w:w="80" w:type="dxa"/>
              <w:right w:w="80" w:type="dxa"/>
            </w:tcMar>
          </w:tcPr>
          <w:p w14:paraId="1BEED7B0" w14:textId="77777777" w:rsidR="003443E0" w:rsidRDefault="00000000">
            <w:r>
              <w:rPr>
                <w:b/>
                <w:sz w:val="16"/>
              </w:rPr>
              <w:t>Incident time</w:t>
            </w:r>
          </w:p>
        </w:tc>
        <w:tc>
          <w:tcPr>
            <w:tcW w:w="3141" w:type="dxa"/>
            <w:tcMar>
              <w:top w:w="80" w:type="dxa"/>
              <w:left w:w="80" w:type="dxa"/>
              <w:bottom w:w="80" w:type="dxa"/>
              <w:right w:w="80" w:type="dxa"/>
            </w:tcMar>
          </w:tcPr>
          <w:p w14:paraId="34D54651" w14:textId="77777777" w:rsidR="003443E0" w:rsidRDefault="003443E0"/>
        </w:tc>
      </w:tr>
      <w:tr w:rsidR="003443E0" w14:paraId="7E4821DE" w14:textId="77777777" w:rsidTr="006913C7">
        <w:trPr>
          <w:cantSplit/>
        </w:trPr>
        <w:tc>
          <w:tcPr>
            <w:tcW w:w="1985" w:type="dxa"/>
            <w:shd w:val="clear" w:color="auto" w:fill="F2F2F2" w:themeFill="background1" w:themeFillShade="F2"/>
            <w:tcMar>
              <w:top w:w="80" w:type="dxa"/>
              <w:left w:w="80" w:type="dxa"/>
              <w:bottom w:w="80" w:type="dxa"/>
              <w:right w:w="80" w:type="dxa"/>
            </w:tcMar>
          </w:tcPr>
          <w:p w14:paraId="514E3339" w14:textId="77777777" w:rsidR="003443E0" w:rsidRDefault="00000000">
            <w:r>
              <w:rPr>
                <w:b/>
                <w:sz w:val="16"/>
              </w:rPr>
              <w:t>Location</w:t>
            </w:r>
          </w:p>
        </w:tc>
        <w:tc>
          <w:tcPr>
            <w:tcW w:w="3271" w:type="dxa"/>
            <w:tcMar>
              <w:top w:w="80" w:type="dxa"/>
              <w:left w:w="80" w:type="dxa"/>
              <w:bottom w:w="80" w:type="dxa"/>
              <w:right w:w="80" w:type="dxa"/>
            </w:tcMar>
          </w:tcPr>
          <w:p w14:paraId="400FE45A" w14:textId="77777777" w:rsidR="003443E0" w:rsidRDefault="003443E0"/>
        </w:tc>
        <w:tc>
          <w:tcPr>
            <w:tcW w:w="2115" w:type="dxa"/>
            <w:shd w:val="clear" w:color="auto" w:fill="F2F2F2" w:themeFill="background1" w:themeFillShade="F2"/>
            <w:tcMar>
              <w:top w:w="80" w:type="dxa"/>
              <w:left w:w="80" w:type="dxa"/>
              <w:bottom w:w="80" w:type="dxa"/>
              <w:right w:w="80" w:type="dxa"/>
            </w:tcMar>
          </w:tcPr>
          <w:p w14:paraId="3CB837F2" w14:textId="77777777" w:rsidR="003443E0" w:rsidRDefault="00000000">
            <w:r>
              <w:rPr>
                <w:b/>
                <w:sz w:val="16"/>
              </w:rPr>
              <w:t>Related DOL entry / ref</w:t>
            </w:r>
          </w:p>
        </w:tc>
        <w:tc>
          <w:tcPr>
            <w:tcW w:w="3141" w:type="dxa"/>
            <w:tcMar>
              <w:top w:w="80" w:type="dxa"/>
              <w:left w:w="80" w:type="dxa"/>
              <w:bottom w:w="80" w:type="dxa"/>
              <w:right w:w="80" w:type="dxa"/>
            </w:tcMar>
          </w:tcPr>
          <w:p w14:paraId="0247244C" w14:textId="77777777" w:rsidR="003443E0" w:rsidRDefault="003443E0"/>
        </w:tc>
      </w:tr>
      <w:tr w:rsidR="003443E0" w14:paraId="50260921" w14:textId="77777777" w:rsidTr="006913C7">
        <w:trPr>
          <w:cantSplit/>
        </w:trPr>
        <w:tc>
          <w:tcPr>
            <w:tcW w:w="1985" w:type="dxa"/>
            <w:shd w:val="clear" w:color="auto" w:fill="F2F2F2" w:themeFill="background1" w:themeFillShade="F2"/>
            <w:tcMar>
              <w:top w:w="80" w:type="dxa"/>
              <w:left w:w="80" w:type="dxa"/>
              <w:bottom w:w="80" w:type="dxa"/>
              <w:right w:w="80" w:type="dxa"/>
            </w:tcMar>
          </w:tcPr>
          <w:p w14:paraId="30482C93" w14:textId="77777777" w:rsidR="003443E0" w:rsidRDefault="00000000">
            <w:r>
              <w:rPr>
                <w:b/>
                <w:sz w:val="16"/>
              </w:rPr>
              <w:t>Reported by</w:t>
            </w:r>
          </w:p>
        </w:tc>
        <w:tc>
          <w:tcPr>
            <w:tcW w:w="3271" w:type="dxa"/>
            <w:tcMar>
              <w:top w:w="80" w:type="dxa"/>
              <w:left w:w="80" w:type="dxa"/>
              <w:bottom w:w="80" w:type="dxa"/>
              <w:right w:w="80" w:type="dxa"/>
            </w:tcMar>
          </w:tcPr>
          <w:p w14:paraId="5BE2D599" w14:textId="77777777" w:rsidR="003443E0" w:rsidRDefault="003443E0"/>
        </w:tc>
        <w:tc>
          <w:tcPr>
            <w:tcW w:w="2115" w:type="dxa"/>
            <w:shd w:val="clear" w:color="auto" w:fill="F2F2F2" w:themeFill="background1" w:themeFillShade="F2"/>
            <w:tcMar>
              <w:top w:w="80" w:type="dxa"/>
              <w:left w:w="80" w:type="dxa"/>
              <w:bottom w:w="80" w:type="dxa"/>
              <w:right w:w="80" w:type="dxa"/>
            </w:tcMar>
          </w:tcPr>
          <w:p w14:paraId="28293263" w14:textId="77777777" w:rsidR="003443E0" w:rsidRDefault="00000000">
            <w:r>
              <w:rPr>
                <w:b/>
                <w:sz w:val="16"/>
              </w:rPr>
              <w:t>Report completed by</w:t>
            </w:r>
          </w:p>
        </w:tc>
        <w:tc>
          <w:tcPr>
            <w:tcW w:w="3141" w:type="dxa"/>
            <w:tcMar>
              <w:top w:w="80" w:type="dxa"/>
              <w:left w:w="80" w:type="dxa"/>
              <w:bottom w:w="80" w:type="dxa"/>
              <w:right w:w="80" w:type="dxa"/>
            </w:tcMar>
          </w:tcPr>
          <w:p w14:paraId="4F7ED7B5" w14:textId="77777777" w:rsidR="003443E0" w:rsidRDefault="003443E0"/>
        </w:tc>
      </w:tr>
      <w:tr w:rsidR="003443E0" w14:paraId="59EEA909" w14:textId="77777777" w:rsidTr="006913C7">
        <w:trPr>
          <w:cantSplit/>
        </w:trPr>
        <w:tc>
          <w:tcPr>
            <w:tcW w:w="1985" w:type="dxa"/>
            <w:shd w:val="clear" w:color="auto" w:fill="F2F2F2" w:themeFill="background1" w:themeFillShade="F2"/>
            <w:tcMar>
              <w:top w:w="80" w:type="dxa"/>
              <w:left w:w="80" w:type="dxa"/>
              <w:bottom w:w="80" w:type="dxa"/>
              <w:right w:w="80" w:type="dxa"/>
            </w:tcMar>
          </w:tcPr>
          <w:p w14:paraId="5E3910AD" w14:textId="77777777" w:rsidR="003443E0" w:rsidRDefault="00000000">
            <w:r>
              <w:rPr>
                <w:b/>
                <w:sz w:val="16"/>
              </w:rPr>
              <w:t>Duty manager</w:t>
            </w:r>
          </w:p>
        </w:tc>
        <w:tc>
          <w:tcPr>
            <w:tcW w:w="3271" w:type="dxa"/>
            <w:tcMar>
              <w:top w:w="80" w:type="dxa"/>
              <w:left w:w="80" w:type="dxa"/>
              <w:bottom w:w="80" w:type="dxa"/>
              <w:right w:w="80" w:type="dxa"/>
            </w:tcMar>
          </w:tcPr>
          <w:p w14:paraId="4E41A6F2" w14:textId="77777777" w:rsidR="003443E0" w:rsidRDefault="003443E0"/>
        </w:tc>
        <w:tc>
          <w:tcPr>
            <w:tcW w:w="2115" w:type="dxa"/>
            <w:shd w:val="clear" w:color="auto" w:fill="F2F2F2" w:themeFill="background1" w:themeFillShade="F2"/>
            <w:tcMar>
              <w:top w:w="80" w:type="dxa"/>
              <w:left w:w="80" w:type="dxa"/>
              <w:bottom w:w="80" w:type="dxa"/>
              <w:right w:w="80" w:type="dxa"/>
            </w:tcMar>
          </w:tcPr>
          <w:p w14:paraId="47AE738C" w14:textId="77777777" w:rsidR="003443E0" w:rsidRDefault="00000000">
            <w:r>
              <w:rPr>
                <w:b/>
                <w:sz w:val="16"/>
              </w:rPr>
              <w:t>Incident category</w:t>
            </w:r>
          </w:p>
        </w:tc>
        <w:tc>
          <w:tcPr>
            <w:tcW w:w="3141" w:type="dxa"/>
            <w:tcMar>
              <w:top w:w="80" w:type="dxa"/>
              <w:left w:w="80" w:type="dxa"/>
              <w:bottom w:w="80" w:type="dxa"/>
              <w:right w:w="80" w:type="dxa"/>
            </w:tcMar>
          </w:tcPr>
          <w:p w14:paraId="0A938F57" w14:textId="77777777" w:rsidR="003443E0" w:rsidRDefault="003443E0"/>
        </w:tc>
      </w:tr>
      <w:tr w:rsidR="003443E0" w14:paraId="5663930E" w14:textId="77777777" w:rsidTr="006913C7">
        <w:trPr>
          <w:cantSplit/>
        </w:trPr>
        <w:tc>
          <w:tcPr>
            <w:tcW w:w="1985" w:type="dxa"/>
            <w:shd w:val="clear" w:color="auto" w:fill="F2F2F2" w:themeFill="background1" w:themeFillShade="F2"/>
            <w:tcMar>
              <w:top w:w="80" w:type="dxa"/>
              <w:left w:w="80" w:type="dxa"/>
              <w:bottom w:w="80" w:type="dxa"/>
              <w:right w:w="80" w:type="dxa"/>
            </w:tcMar>
          </w:tcPr>
          <w:p w14:paraId="33D7B375" w14:textId="77777777" w:rsidR="003443E0" w:rsidRDefault="00000000">
            <w:r>
              <w:rPr>
                <w:b/>
                <w:sz w:val="16"/>
              </w:rPr>
              <w:t>Severity / priority</w:t>
            </w:r>
          </w:p>
        </w:tc>
        <w:tc>
          <w:tcPr>
            <w:tcW w:w="3271" w:type="dxa"/>
            <w:tcMar>
              <w:top w:w="80" w:type="dxa"/>
              <w:left w:w="80" w:type="dxa"/>
              <w:bottom w:w="80" w:type="dxa"/>
              <w:right w:w="80" w:type="dxa"/>
            </w:tcMar>
          </w:tcPr>
          <w:p w14:paraId="750C6CA3" w14:textId="77777777" w:rsidR="003443E0" w:rsidRDefault="00000000">
            <w:r>
              <w:rPr>
                <w:sz w:val="16"/>
              </w:rPr>
              <w:t>Low / Medium / High / Critical</w:t>
            </w:r>
          </w:p>
        </w:tc>
        <w:tc>
          <w:tcPr>
            <w:tcW w:w="2115" w:type="dxa"/>
            <w:shd w:val="clear" w:color="auto" w:fill="F2F2F2" w:themeFill="background1" w:themeFillShade="F2"/>
            <w:tcMar>
              <w:top w:w="80" w:type="dxa"/>
              <w:left w:w="80" w:type="dxa"/>
              <w:bottom w:w="80" w:type="dxa"/>
              <w:right w:w="80" w:type="dxa"/>
            </w:tcMar>
          </w:tcPr>
          <w:p w14:paraId="78B0A0F2" w14:textId="77777777" w:rsidR="003443E0" w:rsidRDefault="00000000">
            <w:r>
              <w:rPr>
                <w:b/>
                <w:sz w:val="16"/>
              </w:rPr>
              <w:t>Report date / time</w:t>
            </w:r>
          </w:p>
        </w:tc>
        <w:tc>
          <w:tcPr>
            <w:tcW w:w="3141" w:type="dxa"/>
            <w:tcMar>
              <w:top w:w="80" w:type="dxa"/>
              <w:left w:w="80" w:type="dxa"/>
              <w:bottom w:w="80" w:type="dxa"/>
              <w:right w:w="80" w:type="dxa"/>
            </w:tcMar>
          </w:tcPr>
          <w:p w14:paraId="2B1B6E4F" w14:textId="77777777" w:rsidR="003443E0" w:rsidRDefault="003443E0"/>
        </w:tc>
      </w:tr>
    </w:tbl>
    <w:p w14:paraId="450D6F6E" w14:textId="77777777" w:rsidR="003443E0" w:rsidRDefault="003443E0"/>
    <w:p w14:paraId="59293A87" w14:textId="77777777" w:rsidR="00C30D4A" w:rsidRDefault="00C30D4A">
      <w:pPr>
        <w:spacing w:after="80"/>
        <w:rPr>
          <w:b/>
          <w:color w:val="13D9B4"/>
          <w:sz w:val="24"/>
          <w:szCs w:val="24"/>
        </w:rPr>
      </w:pPr>
    </w:p>
    <w:p w14:paraId="2F78A5A8" w14:textId="0EEDF052" w:rsidR="003443E0" w:rsidRPr="00C30D4A" w:rsidRDefault="00000000">
      <w:pPr>
        <w:spacing w:after="80"/>
        <w:rPr>
          <w:color w:val="13D9B4"/>
          <w:sz w:val="24"/>
          <w:szCs w:val="24"/>
        </w:rPr>
      </w:pPr>
      <w:r w:rsidRPr="00C30D4A">
        <w:rPr>
          <w:b/>
          <w:color w:val="13D9B4"/>
          <w:sz w:val="24"/>
          <w:szCs w:val="24"/>
        </w:rPr>
        <w:t>2. Initial incident summary</w:t>
      </w:r>
    </w:p>
    <w:p w14:paraId="4277D794" w14:textId="77777777" w:rsidR="003443E0" w:rsidRDefault="00000000">
      <w:pPr>
        <w:spacing w:after="80"/>
      </w:pPr>
      <w:r>
        <w:t>Record the incident factually and concisely. Focus on what was observed, reported and known at the time.</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828"/>
        <w:gridCol w:w="6684"/>
      </w:tblGrid>
      <w:tr w:rsidR="003443E0" w14:paraId="0F7D4391" w14:textId="77777777" w:rsidTr="006913C7">
        <w:trPr>
          <w:cantSplit/>
          <w:trHeight w:val="1008"/>
        </w:trPr>
        <w:tc>
          <w:tcPr>
            <w:tcW w:w="3828" w:type="dxa"/>
            <w:shd w:val="clear" w:color="auto" w:fill="F2F2F2" w:themeFill="background1" w:themeFillShade="F2"/>
            <w:tcMar>
              <w:top w:w="100" w:type="dxa"/>
              <w:left w:w="80" w:type="dxa"/>
              <w:bottom w:w="100" w:type="dxa"/>
              <w:right w:w="80" w:type="dxa"/>
            </w:tcMar>
          </w:tcPr>
          <w:p w14:paraId="0A960F6D" w14:textId="77777777" w:rsidR="003443E0" w:rsidRDefault="00000000">
            <w:r>
              <w:rPr>
                <w:b/>
                <w:sz w:val="16"/>
              </w:rPr>
              <w:t>What happened?</w:t>
            </w:r>
          </w:p>
        </w:tc>
        <w:tc>
          <w:tcPr>
            <w:tcW w:w="6684" w:type="dxa"/>
            <w:tcMar>
              <w:top w:w="100" w:type="dxa"/>
              <w:left w:w="80" w:type="dxa"/>
              <w:bottom w:w="100" w:type="dxa"/>
              <w:right w:w="80" w:type="dxa"/>
            </w:tcMar>
          </w:tcPr>
          <w:p w14:paraId="39DA8717" w14:textId="77777777" w:rsidR="003443E0" w:rsidRDefault="003443E0"/>
        </w:tc>
      </w:tr>
      <w:tr w:rsidR="003443E0" w14:paraId="65DAEA73" w14:textId="77777777" w:rsidTr="006913C7">
        <w:trPr>
          <w:cantSplit/>
          <w:trHeight w:val="720"/>
        </w:trPr>
        <w:tc>
          <w:tcPr>
            <w:tcW w:w="3828" w:type="dxa"/>
            <w:shd w:val="clear" w:color="auto" w:fill="F2F2F2" w:themeFill="background1" w:themeFillShade="F2"/>
            <w:tcMar>
              <w:top w:w="100" w:type="dxa"/>
              <w:left w:w="80" w:type="dxa"/>
              <w:bottom w:w="100" w:type="dxa"/>
              <w:right w:w="80" w:type="dxa"/>
            </w:tcMar>
          </w:tcPr>
          <w:p w14:paraId="5395CCB8" w14:textId="77777777" w:rsidR="003443E0" w:rsidRDefault="00000000">
            <w:r>
              <w:rPr>
                <w:b/>
                <w:sz w:val="16"/>
              </w:rPr>
              <w:t>How was the incident first identified / reported?</w:t>
            </w:r>
          </w:p>
        </w:tc>
        <w:tc>
          <w:tcPr>
            <w:tcW w:w="6684" w:type="dxa"/>
            <w:tcMar>
              <w:top w:w="100" w:type="dxa"/>
              <w:left w:w="80" w:type="dxa"/>
              <w:bottom w:w="100" w:type="dxa"/>
              <w:right w:w="80" w:type="dxa"/>
            </w:tcMar>
          </w:tcPr>
          <w:p w14:paraId="34DB8DC7" w14:textId="77777777" w:rsidR="003443E0" w:rsidRDefault="003443E0"/>
        </w:tc>
      </w:tr>
      <w:tr w:rsidR="003443E0" w14:paraId="33A683A9" w14:textId="77777777" w:rsidTr="006913C7">
        <w:trPr>
          <w:cantSplit/>
          <w:trHeight w:val="720"/>
        </w:trPr>
        <w:tc>
          <w:tcPr>
            <w:tcW w:w="3828" w:type="dxa"/>
            <w:shd w:val="clear" w:color="auto" w:fill="F2F2F2" w:themeFill="background1" w:themeFillShade="F2"/>
            <w:tcMar>
              <w:top w:w="100" w:type="dxa"/>
              <w:left w:w="80" w:type="dxa"/>
              <w:bottom w:w="100" w:type="dxa"/>
              <w:right w:w="80" w:type="dxa"/>
            </w:tcMar>
          </w:tcPr>
          <w:p w14:paraId="1A6131D8" w14:textId="77777777" w:rsidR="003443E0" w:rsidRDefault="00000000">
            <w:r>
              <w:rPr>
                <w:b/>
                <w:sz w:val="16"/>
              </w:rPr>
              <w:t>What was the situation when security arrived?</w:t>
            </w:r>
          </w:p>
        </w:tc>
        <w:tc>
          <w:tcPr>
            <w:tcW w:w="6684" w:type="dxa"/>
            <w:tcMar>
              <w:top w:w="100" w:type="dxa"/>
              <w:left w:w="80" w:type="dxa"/>
              <w:bottom w:w="100" w:type="dxa"/>
              <w:right w:w="80" w:type="dxa"/>
            </w:tcMar>
          </w:tcPr>
          <w:p w14:paraId="1DC1ECCF" w14:textId="77777777" w:rsidR="003443E0" w:rsidRDefault="003443E0"/>
        </w:tc>
      </w:tr>
    </w:tbl>
    <w:p w14:paraId="4055E600" w14:textId="77777777" w:rsidR="00C30D4A" w:rsidRDefault="00C30D4A">
      <w:pPr>
        <w:spacing w:after="80"/>
        <w:rPr>
          <w:b/>
          <w:sz w:val="22"/>
        </w:rPr>
      </w:pPr>
    </w:p>
    <w:p w14:paraId="15FF81EA" w14:textId="77777777" w:rsidR="00C30D4A" w:rsidRDefault="00C30D4A">
      <w:pPr>
        <w:spacing w:after="80"/>
        <w:rPr>
          <w:b/>
          <w:color w:val="13D9B4"/>
          <w:sz w:val="24"/>
          <w:szCs w:val="24"/>
        </w:rPr>
      </w:pPr>
    </w:p>
    <w:p w14:paraId="3BDD8787" w14:textId="77777777" w:rsidR="00C30D4A" w:rsidRDefault="00C30D4A">
      <w:pPr>
        <w:spacing w:after="80"/>
        <w:rPr>
          <w:b/>
          <w:color w:val="13D9B4"/>
          <w:sz w:val="24"/>
          <w:szCs w:val="24"/>
        </w:rPr>
      </w:pPr>
    </w:p>
    <w:p w14:paraId="234C8F3A" w14:textId="77777777" w:rsidR="00C30D4A" w:rsidRDefault="00C30D4A">
      <w:pPr>
        <w:spacing w:after="80"/>
        <w:rPr>
          <w:b/>
          <w:color w:val="13D9B4"/>
          <w:sz w:val="24"/>
          <w:szCs w:val="24"/>
        </w:rPr>
      </w:pPr>
    </w:p>
    <w:p w14:paraId="10007E69" w14:textId="77777777" w:rsidR="00C30D4A" w:rsidRDefault="00C30D4A">
      <w:pPr>
        <w:spacing w:after="80"/>
        <w:rPr>
          <w:b/>
          <w:color w:val="13D9B4"/>
          <w:sz w:val="24"/>
          <w:szCs w:val="24"/>
        </w:rPr>
      </w:pPr>
    </w:p>
    <w:p w14:paraId="1B5EF1D1" w14:textId="77777777" w:rsidR="00C30D4A" w:rsidRDefault="00C30D4A">
      <w:pPr>
        <w:spacing w:after="80"/>
        <w:rPr>
          <w:b/>
          <w:color w:val="13D9B4"/>
          <w:sz w:val="24"/>
          <w:szCs w:val="24"/>
        </w:rPr>
      </w:pPr>
    </w:p>
    <w:p w14:paraId="69DFAD9A" w14:textId="77777777" w:rsidR="00C30D4A" w:rsidRDefault="00C30D4A">
      <w:pPr>
        <w:spacing w:after="80"/>
        <w:rPr>
          <w:b/>
          <w:color w:val="13D9B4"/>
          <w:sz w:val="24"/>
          <w:szCs w:val="24"/>
        </w:rPr>
      </w:pPr>
    </w:p>
    <w:p w14:paraId="2597FDD8" w14:textId="77777777" w:rsidR="00C30D4A" w:rsidRDefault="00C30D4A">
      <w:pPr>
        <w:spacing w:after="80"/>
        <w:rPr>
          <w:b/>
          <w:color w:val="13D9B4"/>
          <w:sz w:val="24"/>
          <w:szCs w:val="24"/>
        </w:rPr>
      </w:pPr>
    </w:p>
    <w:p w14:paraId="1615C8A8" w14:textId="52F215EB" w:rsidR="003443E0" w:rsidRPr="00C30D4A" w:rsidRDefault="00000000">
      <w:pPr>
        <w:spacing w:after="80"/>
        <w:rPr>
          <w:color w:val="13D9B4"/>
          <w:sz w:val="24"/>
          <w:szCs w:val="24"/>
        </w:rPr>
      </w:pPr>
      <w:r w:rsidRPr="00C30D4A">
        <w:rPr>
          <w:b/>
          <w:color w:val="13D9B4"/>
          <w:sz w:val="24"/>
          <w:szCs w:val="24"/>
        </w:rPr>
        <w:lastRenderedPageBreak/>
        <w:t>3. People involved</w:t>
      </w:r>
    </w:p>
    <w:p w14:paraId="5CBF9BD6" w14:textId="77777777" w:rsidR="003443E0" w:rsidRDefault="00000000">
      <w:pPr>
        <w:spacing w:after="80"/>
      </w:pPr>
      <w:r>
        <w:t>Record only information that is necessary for the incident record and handled in line with your hotel's privacy and data-retention procedures.</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102"/>
        <w:gridCol w:w="2102"/>
        <w:gridCol w:w="2102"/>
        <w:gridCol w:w="2102"/>
        <w:gridCol w:w="2102"/>
      </w:tblGrid>
      <w:tr w:rsidR="003443E0" w14:paraId="67E4A4CA" w14:textId="77777777" w:rsidTr="00C30D4A">
        <w:trPr>
          <w:cantSplit/>
          <w:tblHeader/>
          <w:jc w:val="center"/>
        </w:trPr>
        <w:tc>
          <w:tcPr>
            <w:tcW w:w="2102" w:type="dxa"/>
            <w:shd w:val="clear" w:color="auto" w:fill="F2F2F2" w:themeFill="background1" w:themeFillShade="F2"/>
            <w:tcMar>
              <w:top w:w="80" w:type="dxa"/>
              <w:left w:w="80" w:type="dxa"/>
              <w:bottom w:w="80" w:type="dxa"/>
              <w:right w:w="80" w:type="dxa"/>
            </w:tcMar>
            <w:vAlign w:val="center"/>
          </w:tcPr>
          <w:p w14:paraId="3DCA5388" w14:textId="77777777" w:rsidR="003443E0" w:rsidRDefault="00000000">
            <w:r>
              <w:rPr>
                <w:b/>
                <w:sz w:val="15"/>
              </w:rPr>
              <w:t>Name / identifier</w:t>
            </w:r>
          </w:p>
        </w:tc>
        <w:tc>
          <w:tcPr>
            <w:tcW w:w="2102" w:type="dxa"/>
            <w:shd w:val="clear" w:color="auto" w:fill="F2F2F2" w:themeFill="background1" w:themeFillShade="F2"/>
            <w:tcMar>
              <w:top w:w="80" w:type="dxa"/>
              <w:left w:w="80" w:type="dxa"/>
              <w:bottom w:w="80" w:type="dxa"/>
              <w:right w:w="80" w:type="dxa"/>
            </w:tcMar>
            <w:vAlign w:val="center"/>
          </w:tcPr>
          <w:p w14:paraId="15F36CBD" w14:textId="77777777" w:rsidR="003443E0" w:rsidRDefault="00000000">
            <w:r>
              <w:rPr>
                <w:b/>
                <w:sz w:val="15"/>
              </w:rPr>
              <w:t>Role / relationship</w:t>
            </w:r>
          </w:p>
        </w:tc>
        <w:tc>
          <w:tcPr>
            <w:tcW w:w="2102" w:type="dxa"/>
            <w:shd w:val="clear" w:color="auto" w:fill="F2F2F2" w:themeFill="background1" w:themeFillShade="F2"/>
            <w:tcMar>
              <w:top w:w="80" w:type="dxa"/>
              <w:left w:w="80" w:type="dxa"/>
              <w:bottom w:w="80" w:type="dxa"/>
              <w:right w:w="80" w:type="dxa"/>
            </w:tcMar>
            <w:vAlign w:val="center"/>
          </w:tcPr>
          <w:p w14:paraId="369F4A74" w14:textId="77777777" w:rsidR="003443E0" w:rsidRDefault="00000000">
            <w:r>
              <w:rPr>
                <w:b/>
                <w:sz w:val="15"/>
              </w:rPr>
              <w:t>Contact details (if required)</w:t>
            </w:r>
          </w:p>
        </w:tc>
        <w:tc>
          <w:tcPr>
            <w:tcW w:w="2102" w:type="dxa"/>
            <w:shd w:val="clear" w:color="auto" w:fill="F2F2F2" w:themeFill="background1" w:themeFillShade="F2"/>
            <w:tcMar>
              <w:top w:w="80" w:type="dxa"/>
              <w:left w:w="80" w:type="dxa"/>
              <w:bottom w:w="80" w:type="dxa"/>
              <w:right w:w="80" w:type="dxa"/>
            </w:tcMar>
            <w:vAlign w:val="center"/>
          </w:tcPr>
          <w:p w14:paraId="17F81C09" w14:textId="77777777" w:rsidR="003443E0" w:rsidRDefault="00000000">
            <w:r>
              <w:rPr>
                <w:b/>
                <w:sz w:val="15"/>
              </w:rPr>
              <w:t>Involvement</w:t>
            </w:r>
          </w:p>
        </w:tc>
        <w:tc>
          <w:tcPr>
            <w:tcW w:w="2102" w:type="dxa"/>
            <w:shd w:val="clear" w:color="auto" w:fill="F2F2F2" w:themeFill="background1" w:themeFillShade="F2"/>
            <w:tcMar>
              <w:top w:w="80" w:type="dxa"/>
              <w:left w:w="80" w:type="dxa"/>
              <w:bottom w:w="80" w:type="dxa"/>
              <w:right w:w="80" w:type="dxa"/>
            </w:tcMar>
            <w:vAlign w:val="center"/>
          </w:tcPr>
          <w:p w14:paraId="24583B38" w14:textId="77777777" w:rsidR="003443E0" w:rsidRDefault="00000000">
            <w:r>
              <w:rPr>
                <w:b/>
                <w:sz w:val="15"/>
              </w:rPr>
              <w:t>Statement / notes ref</w:t>
            </w:r>
          </w:p>
        </w:tc>
      </w:tr>
      <w:tr w:rsidR="003443E0" w14:paraId="3235108A" w14:textId="77777777" w:rsidTr="00C30D4A">
        <w:trPr>
          <w:cantSplit/>
          <w:jc w:val="center"/>
        </w:trPr>
        <w:tc>
          <w:tcPr>
            <w:tcW w:w="2102" w:type="dxa"/>
            <w:tcMar>
              <w:top w:w="130" w:type="dxa"/>
              <w:left w:w="80" w:type="dxa"/>
              <w:bottom w:w="130" w:type="dxa"/>
              <w:right w:w="80" w:type="dxa"/>
            </w:tcMar>
          </w:tcPr>
          <w:p w14:paraId="4992C43B" w14:textId="77777777" w:rsidR="003443E0" w:rsidRDefault="003443E0"/>
        </w:tc>
        <w:tc>
          <w:tcPr>
            <w:tcW w:w="2102" w:type="dxa"/>
            <w:tcMar>
              <w:top w:w="130" w:type="dxa"/>
              <w:left w:w="80" w:type="dxa"/>
              <w:bottom w:w="130" w:type="dxa"/>
              <w:right w:w="80" w:type="dxa"/>
            </w:tcMar>
          </w:tcPr>
          <w:p w14:paraId="1E7EE606" w14:textId="77777777" w:rsidR="003443E0" w:rsidRDefault="003443E0"/>
        </w:tc>
        <w:tc>
          <w:tcPr>
            <w:tcW w:w="2102" w:type="dxa"/>
            <w:tcMar>
              <w:top w:w="130" w:type="dxa"/>
              <w:left w:w="80" w:type="dxa"/>
              <w:bottom w:w="130" w:type="dxa"/>
              <w:right w:w="80" w:type="dxa"/>
            </w:tcMar>
          </w:tcPr>
          <w:p w14:paraId="054B3ED0" w14:textId="77777777" w:rsidR="003443E0" w:rsidRDefault="003443E0"/>
        </w:tc>
        <w:tc>
          <w:tcPr>
            <w:tcW w:w="2102" w:type="dxa"/>
            <w:tcMar>
              <w:top w:w="130" w:type="dxa"/>
              <w:left w:w="80" w:type="dxa"/>
              <w:bottom w:w="130" w:type="dxa"/>
              <w:right w:w="80" w:type="dxa"/>
            </w:tcMar>
          </w:tcPr>
          <w:p w14:paraId="32B561BE" w14:textId="77777777" w:rsidR="003443E0" w:rsidRDefault="003443E0"/>
        </w:tc>
        <w:tc>
          <w:tcPr>
            <w:tcW w:w="2102" w:type="dxa"/>
            <w:tcMar>
              <w:top w:w="130" w:type="dxa"/>
              <w:left w:w="80" w:type="dxa"/>
              <w:bottom w:w="130" w:type="dxa"/>
              <w:right w:w="80" w:type="dxa"/>
            </w:tcMar>
          </w:tcPr>
          <w:p w14:paraId="737387FE" w14:textId="77777777" w:rsidR="003443E0" w:rsidRDefault="003443E0"/>
        </w:tc>
      </w:tr>
      <w:tr w:rsidR="003443E0" w14:paraId="3C8EED68" w14:textId="77777777" w:rsidTr="00C30D4A">
        <w:trPr>
          <w:cantSplit/>
          <w:jc w:val="center"/>
        </w:trPr>
        <w:tc>
          <w:tcPr>
            <w:tcW w:w="2102" w:type="dxa"/>
            <w:tcMar>
              <w:top w:w="130" w:type="dxa"/>
              <w:left w:w="80" w:type="dxa"/>
              <w:bottom w:w="130" w:type="dxa"/>
              <w:right w:w="80" w:type="dxa"/>
            </w:tcMar>
          </w:tcPr>
          <w:p w14:paraId="38C83BF3" w14:textId="77777777" w:rsidR="003443E0" w:rsidRDefault="003443E0"/>
        </w:tc>
        <w:tc>
          <w:tcPr>
            <w:tcW w:w="2102" w:type="dxa"/>
            <w:tcMar>
              <w:top w:w="130" w:type="dxa"/>
              <w:left w:w="80" w:type="dxa"/>
              <w:bottom w:w="130" w:type="dxa"/>
              <w:right w:w="80" w:type="dxa"/>
            </w:tcMar>
          </w:tcPr>
          <w:p w14:paraId="74B0AD7E" w14:textId="77777777" w:rsidR="003443E0" w:rsidRDefault="003443E0"/>
        </w:tc>
        <w:tc>
          <w:tcPr>
            <w:tcW w:w="2102" w:type="dxa"/>
            <w:tcMar>
              <w:top w:w="130" w:type="dxa"/>
              <w:left w:w="80" w:type="dxa"/>
              <w:bottom w:w="130" w:type="dxa"/>
              <w:right w:w="80" w:type="dxa"/>
            </w:tcMar>
          </w:tcPr>
          <w:p w14:paraId="38FCC145" w14:textId="77777777" w:rsidR="003443E0" w:rsidRDefault="003443E0"/>
        </w:tc>
        <w:tc>
          <w:tcPr>
            <w:tcW w:w="2102" w:type="dxa"/>
            <w:tcMar>
              <w:top w:w="130" w:type="dxa"/>
              <w:left w:w="80" w:type="dxa"/>
              <w:bottom w:w="130" w:type="dxa"/>
              <w:right w:w="80" w:type="dxa"/>
            </w:tcMar>
          </w:tcPr>
          <w:p w14:paraId="538F4FB4" w14:textId="77777777" w:rsidR="003443E0" w:rsidRDefault="003443E0"/>
        </w:tc>
        <w:tc>
          <w:tcPr>
            <w:tcW w:w="2102" w:type="dxa"/>
            <w:tcMar>
              <w:top w:w="130" w:type="dxa"/>
              <w:left w:w="80" w:type="dxa"/>
              <w:bottom w:w="130" w:type="dxa"/>
              <w:right w:w="80" w:type="dxa"/>
            </w:tcMar>
          </w:tcPr>
          <w:p w14:paraId="3BF18BDA" w14:textId="77777777" w:rsidR="003443E0" w:rsidRDefault="003443E0"/>
        </w:tc>
      </w:tr>
      <w:tr w:rsidR="003443E0" w14:paraId="5B440E7A" w14:textId="77777777" w:rsidTr="00C30D4A">
        <w:trPr>
          <w:cantSplit/>
          <w:jc w:val="center"/>
        </w:trPr>
        <w:tc>
          <w:tcPr>
            <w:tcW w:w="2102" w:type="dxa"/>
            <w:tcMar>
              <w:top w:w="130" w:type="dxa"/>
              <w:left w:w="80" w:type="dxa"/>
              <w:bottom w:w="130" w:type="dxa"/>
              <w:right w:w="80" w:type="dxa"/>
            </w:tcMar>
          </w:tcPr>
          <w:p w14:paraId="523685FF" w14:textId="77777777" w:rsidR="003443E0" w:rsidRDefault="003443E0"/>
        </w:tc>
        <w:tc>
          <w:tcPr>
            <w:tcW w:w="2102" w:type="dxa"/>
            <w:tcMar>
              <w:top w:w="130" w:type="dxa"/>
              <w:left w:w="80" w:type="dxa"/>
              <w:bottom w:w="130" w:type="dxa"/>
              <w:right w:w="80" w:type="dxa"/>
            </w:tcMar>
          </w:tcPr>
          <w:p w14:paraId="10BF71F7" w14:textId="77777777" w:rsidR="003443E0" w:rsidRDefault="003443E0"/>
        </w:tc>
        <w:tc>
          <w:tcPr>
            <w:tcW w:w="2102" w:type="dxa"/>
            <w:tcMar>
              <w:top w:w="130" w:type="dxa"/>
              <w:left w:w="80" w:type="dxa"/>
              <w:bottom w:w="130" w:type="dxa"/>
              <w:right w:w="80" w:type="dxa"/>
            </w:tcMar>
          </w:tcPr>
          <w:p w14:paraId="1B83BA8B" w14:textId="77777777" w:rsidR="003443E0" w:rsidRDefault="003443E0"/>
        </w:tc>
        <w:tc>
          <w:tcPr>
            <w:tcW w:w="2102" w:type="dxa"/>
            <w:tcMar>
              <w:top w:w="130" w:type="dxa"/>
              <w:left w:w="80" w:type="dxa"/>
              <w:bottom w:w="130" w:type="dxa"/>
              <w:right w:w="80" w:type="dxa"/>
            </w:tcMar>
          </w:tcPr>
          <w:p w14:paraId="2798279C" w14:textId="77777777" w:rsidR="003443E0" w:rsidRDefault="003443E0"/>
        </w:tc>
        <w:tc>
          <w:tcPr>
            <w:tcW w:w="2102" w:type="dxa"/>
            <w:tcMar>
              <w:top w:w="130" w:type="dxa"/>
              <w:left w:w="80" w:type="dxa"/>
              <w:bottom w:w="130" w:type="dxa"/>
              <w:right w:w="80" w:type="dxa"/>
            </w:tcMar>
          </w:tcPr>
          <w:p w14:paraId="13345F98" w14:textId="77777777" w:rsidR="003443E0" w:rsidRDefault="003443E0"/>
        </w:tc>
      </w:tr>
      <w:tr w:rsidR="003443E0" w14:paraId="2B39913A" w14:textId="77777777" w:rsidTr="00C30D4A">
        <w:trPr>
          <w:cantSplit/>
          <w:jc w:val="center"/>
        </w:trPr>
        <w:tc>
          <w:tcPr>
            <w:tcW w:w="2102" w:type="dxa"/>
            <w:tcMar>
              <w:top w:w="130" w:type="dxa"/>
              <w:left w:w="80" w:type="dxa"/>
              <w:bottom w:w="130" w:type="dxa"/>
              <w:right w:w="80" w:type="dxa"/>
            </w:tcMar>
          </w:tcPr>
          <w:p w14:paraId="5CEC4A5E" w14:textId="77777777" w:rsidR="003443E0" w:rsidRDefault="003443E0"/>
        </w:tc>
        <w:tc>
          <w:tcPr>
            <w:tcW w:w="2102" w:type="dxa"/>
            <w:tcMar>
              <w:top w:w="130" w:type="dxa"/>
              <w:left w:w="80" w:type="dxa"/>
              <w:bottom w:w="130" w:type="dxa"/>
              <w:right w:w="80" w:type="dxa"/>
            </w:tcMar>
          </w:tcPr>
          <w:p w14:paraId="6FEDCF23" w14:textId="77777777" w:rsidR="003443E0" w:rsidRDefault="003443E0"/>
        </w:tc>
        <w:tc>
          <w:tcPr>
            <w:tcW w:w="2102" w:type="dxa"/>
            <w:tcMar>
              <w:top w:w="130" w:type="dxa"/>
              <w:left w:w="80" w:type="dxa"/>
              <w:bottom w:w="130" w:type="dxa"/>
              <w:right w:w="80" w:type="dxa"/>
            </w:tcMar>
          </w:tcPr>
          <w:p w14:paraId="11306D80" w14:textId="77777777" w:rsidR="003443E0" w:rsidRDefault="003443E0"/>
        </w:tc>
        <w:tc>
          <w:tcPr>
            <w:tcW w:w="2102" w:type="dxa"/>
            <w:tcMar>
              <w:top w:w="130" w:type="dxa"/>
              <w:left w:w="80" w:type="dxa"/>
              <w:bottom w:w="130" w:type="dxa"/>
              <w:right w:w="80" w:type="dxa"/>
            </w:tcMar>
          </w:tcPr>
          <w:p w14:paraId="09E57DAD" w14:textId="77777777" w:rsidR="003443E0" w:rsidRDefault="003443E0"/>
        </w:tc>
        <w:tc>
          <w:tcPr>
            <w:tcW w:w="2102" w:type="dxa"/>
            <w:tcMar>
              <w:top w:w="130" w:type="dxa"/>
              <w:left w:w="80" w:type="dxa"/>
              <w:bottom w:w="130" w:type="dxa"/>
              <w:right w:w="80" w:type="dxa"/>
            </w:tcMar>
          </w:tcPr>
          <w:p w14:paraId="441315D6" w14:textId="77777777" w:rsidR="003443E0" w:rsidRDefault="003443E0"/>
        </w:tc>
      </w:tr>
      <w:tr w:rsidR="003443E0" w14:paraId="3B1A5C60" w14:textId="77777777" w:rsidTr="00C30D4A">
        <w:trPr>
          <w:cantSplit/>
          <w:jc w:val="center"/>
        </w:trPr>
        <w:tc>
          <w:tcPr>
            <w:tcW w:w="2102" w:type="dxa"/>
            <w:tcMar>
              <w:top w:w="130" w:type="dxa"/>
              <w:left w:w="80" w:type="dxa"/>
              <w:bottom w:w="130" w:type="dxa"/>
              <w:right w:w="80" w:type="dxa"/>
            </w:tcMar>
          </w:tcPr>
          <w:p w14:paraId="5A8539C8" w14:textId="77777777" w:rsidR="003443E0" w:rsidRDefault="003443E0"/>
        </w:tc>
        <w:tc>
          <w:tcPr>
            <w:tcW w:w="2102" w:type="dxa"/>
            <w:tcMar>
              <w:top w:w="130" w:type="dxa"/>
              <w:left w:w="80" w:type="dxa"/>
              <w:bottom w:w="130" w:type="dxa"/>
              <w:right w:w="80" w:type="dxa"/>
            </w:tcMar>
          </w:tcPr>
          <w:p w14:paraId="44069415" w14:textId="77777777" w:rsidR="003443E0" w:rsidRDefault="003443E0"/>
        </w:tc>
        <w:tc>
          <w:tcPr>
            <w:tcW w:w="2102" w:type="dxa"/>
            <w:tcMar>
              <w:top w:w="130" w:type="dxa"/>
              <w:left w:w="80" w:type="dxa"/>
              <w:bottom w:w="130" w:type="dxa"/>
              <w:right w:w="80" w:type="dxa"/>
            </w:tcMar>
          </w:tcPr>
          <w:p w14:paraId="4B6BCF15" w14:textId="77777777" w:rsidR="003443E0" w:rsidRDefault="003443E0"/>
        </w:tc>
        <w:tc>
          <w:tcPr>
            <w:tcW w:w="2102" w:type="dxa"/>
            <w:tcMar>
              <w:top w:w="130" w:type="dxa"/>
              <w:left w:w="80" w:type="dxa"/>
              <w:bottom w:w="130" w:type="dxa"/>
              <w:right w:w="80" w:type="dxa"/>
            </w:tcMar>
          </w:tcPr>
          <w:p w14:paraId="01F43039" w14:textId="77777777" w:rsidR="003443E0" w:rsidRDefault="003443E0"/>
        </w:tc>
        <w:tc>
          <w:tcPr>
            <w:tcW w:w="2102" w:type="dxa"/>
            <w:tcMar>
              <w:top w:w="130" w:type="dxa"/>
              <w:left w:w="80" w:type="dxa"/>
              <w:bottom w:w="130" w:type="dxa"/>
              <w:right w:w="80" w:type="dxa"/>
            </w:tcMar>
          </w:tcPr>
          <w:p w14:paraId="0FEABB26" w14:textId="77777777" w:rsidR="003443E0" w:rsidRDefault="003443E0"/>
        </w:tc>
      </w:tr>
    </w:tbl>
    <w:p w14:paraId="2DF5155D" w14:textId="77777777" w:rsidR="00C30D4A" w:rsidRDefault="00C30D4A">
      <w:pPr>
        <w:spacing w:after="80"/>
        <w:rPr>
          <w:b/>
          <w:color w:val="13D9B4"/>
          <w:szCs w:val="24"/>
        </w:rPr>
      </w:pPr>
    </w:p>
    <w:p w14:paraId="1D459D94" w14:textId="77777777" w:rsidR="00C30D4A" w:rsidRDefault="00C30D4A">
      <w:pPr>
        <w:spacing w:after="80"/>
        <w:rPr>
          <w:b/>
          <w:color w:val="13D9B4"/>
          <w:szCs w:val="24"/>
        </w:rPr>
      </w:pPr>
    </w:p>
    <w:p w14:paraId="009905E6" w14:textId="2E41617C" w:rsidR="003443E0" w:rsidRPr="00C30D4A" w:rsidRDefault="00000000">
      <w:pPr>
        <w:spacing w:after="80"/>
        <w:rPr>
          <w:color w:val="13D9B4"/>
          <w:sz w:val="24"/>
          <w:szCs w:val="24"/>
        </w:rPr>
      </w:pPr>
      <w:r w:rsidRPr="00C30D4A">
        <w:rPr>
          <w:b/>
          <w:color w:val="13D9B4"/>
          <w:sz w:val="24"/>
          <w:szCs w:val="24"/>
        </w:rPr>
        <w:t>4. Immediate response</w:t>
      </w:r>
    </w:p>
    <w:p w14:paraId="0983F358" w14:textId="77777777" w:rsidR="003443E0" w:rsidRDefault="00000000">
      <w:pPr>
        <w:spacing w:after="80"/>
      </w:pPr>
      <w:r>
        <w:t>Record the actions taken to control, contain or respond to the incident.</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504"/>
        <w:gridCol w:w="2308"/>
        <w:gridCol w:w="4700"/>
      </w:tblGrid>
      <w:tr w:rsidR="003443E0" w14:paraId="62D330AE" w14:textId="77777777" w:rsidTr="006913C7">
        <w:trPr>
          <w:cantSplit/>
          <w:tblHeader/>
          <w:jc w:val="center"/>
        </w:trPr>
        <w:tc>
          <w:tcPr>
            <w:tcW w:w="3504" w:type="dxa"/>
            <w:shd w:val="clear" w:color="auto" w:fill="F2F2F2" w:themeFill="background1" w:themeFillShade="F2"/>
            <w:tcMar>
              <w:top w:w="80" w:type="dxa"/>
              <w:left w:w="80" w:type="dxa"/>
              <w:bottom w:w="80" w:type="dxa"/>
              <w:right w:w="80" w:type="dxa"/>
            </w:tcMar>
            <w:vAlign w:val="center"/>
          </w:tcPr>
          <w:p w14:paraId="261B1F95" w14:textId="77777777" w:rsidR="003443E0" w:rsidRDefault="00000000">
            <w:r>
              <w:rPr>
                <w:b/>
                <w:sz w:val="16"/>
              </w:rPr>
              <w:t>Action</w:t>
            </w:r>
          </w:p>
        </w:tc>
        <w:tc>
          <w:tcPr>
            <w:tcW w:w="2308" w:type="dxa"/>
            <w:shd w:val="clear" w:color="auto" w:fill="F2F2F2" w:themeFill="background1" w:themeFillShade="F2"/>
            <w:tcMar>
              <w:top w:w="80" w:type="dxa"/>
              <w:left w:w="80" w:type="dxa"/>
              <w:bottom w:w="80" w:type="dxa"/>
              <w:right w:w="80" w:type="dxa"/>
            </w:tcMar>
            <w:vAlign w:val="center"/>
          </w:tcPr>
          <w:p w14:paraId="79976756" w14:textId="77777777" w:rsidR="003443E0" w:rsidRDefault="00000000">
            <w:r>
              <w:rPr>
                <w:b/>
                <w:sz w:val="16"/>
              </w:rPr>
              <w:t>Taken?</w:t>
            </w:r>
          </w:p>
        </w:tc>
        <w:tc>
          <w:tcPr>
            <w:tcW w:w="4700" w:type="dxa"/>
            <w:shd w:val="clear" w:color="auto" w:fill="F2F2F2" w:themeFill="background1" w:themeFillShade="F2"/>
            <w:tcMar>
              <w:top w:w="80" w:type="dxa"/>
              <w:left w:w="80" w:type="dxa"/>
              <w:bottom w:w="80" w:type="dxa"/>
              <w:right w:w="80" w:type="dxa"/>
            </w:tcMar>
            <w:vAlign w:val="center"/>
          </w:tcPr>
          <w:p w14:paraId="40644C62" w14:textId="77777777" w:rsidR="003443E0" w:rsidRDefault="00000000">
            <w:r>
              <w:rPr>
                <w:b/>
                <w:sz w:val="16"/>
              </w:rPr>
              <w:t>Details / time</w:t>
            </w:r>
          </w:p>
        </w:tc>
      </w:tr>
      <w:tr w:rsidR="003443E0" w14:paraId="23A4884E" w14:textId="77777777" w:rsidTr="006913C7">
        <w:trPr>
          <w:cantSplit/>
          <w:jc w:val="center"/>
        </w:trPr>
        <w:tc>
          <w:tcPr>
            <w:tcW w:w="3504" w:type="dxa"/>
            <w:tcMar>
              <w:top w:w="60" w:type="dxa"/>
              <w:left w:w="80" w:type="dxa"/>
              <w:bottom w:w="60" w:type="dxa"/>
              <w:right w:w="80" w:type="dxa"/>
            </w:tcMar>
          </w:tcPr>
          <w:p w14:paraId="5AFF5E53" w14:textId="77777777" w:rsidR="003443E0" w:rsidRDefault="00000000">
            <w:r>
              <w:t>Security attended</w:t>
            </w:r>
          </w:p>
        </w:tc>
        <w:tc>
          <w:tcPr>
            <w:tcW w:w="2308" w:type="dxa"/>
            <w:tcMar>
              <w:top w:w="60" w:type="dxa"/>
              <w:left w:w="80" w:type="dxa"/>
              <w:bottom w:w="60" w:type="dxa"/>
              <w:right w:w="80" w:type="dxa"/>
            </w:tcMar>
          </w:tcPr>
          <w:p w14:paraId="11D26B33" w14:textId="77777777" w:rsidR="003443E0" w:rsidRDefault="00000000">
            <w:r>
              <w:t>Yes / No / N/A</w:t>
            </w:r>
          </w:p>
        </w:tc>
        <w:tc>
          <w:tcPr>
            <w:tcW w:w="4700" w:type="dxa"/>
            <w:tcMar>
              <w:top w:w="60" w:type="dxa"/>
              <w:left w:w="80" w:type="dxa"/>
              <w:bottom w:w="60" w:type="dxa"/>
              <w:right w:w="80" w:type="dxa"/>
            </w:tcMar>
          </w:tcPr>
          <w:p w14:paraId="50673D39" w14:textId="77777777" w:rsidR="003443E0" w:rsidRDefault="003443E0"/>
        </w:tc>
      </w:tr>
      <w:tr w:rsidR="003443E0" w14:paraId="36272E1D" w14:textId="77777777" w:rsidTr="006913C7">
        <w:trPr>
          <w:cantSplit/>
          <w:jc w:val="center"/>
        </w:trPr>
        <w:tc>
          <w:tcPr>
            <w:tcW w:w="3504" w:type="dxa"/>
            <w:tcMar>
              <w:top w:w="60" w:type="dxa"/>
              <w:left w:w="80" w:type="dxa"/>
              <w:bottom w:w="60" w:type="dxa"/>
              <w:right w:w="80" w:type="dxa"/>
            </w:tcMar>
          </w:tcPr>
          <w:p w14:paraId="7A0DCE95" w14:textId="77777777" w:rsidR="003443E0" w:rsidRDefault="00000000">
            <w:r>
              <w:t>Area secured / access controlled</w:t>
            </w:r>
          </w:p>
        </w:tc>
        <w:tc>
          <w:tcPr>
            <w:tcW w:w="2308" w:type="dxa"/>
            <w:tcMar>
              <w:top w:w="60" w:type="dxa"/>
              <w:left w:w="80" w:type="dxa"/>
              <w:bottom w:w="60" w:type="dxa"/>
              <w:right w:w="80" w:type="dxa"/>
            </w:tcMar>
          </w:tcPr>
          <w:p w14:paraId="7EBB1772" w14:textId="77777777" w:rsidR="003443E0" w:rsidRDefault="00000000">
            <w:r>
              <w:t>Yes / No / N/A</w:t>
            </w:r>
          </w:p>
        </w:tc>
        <w:tc>
          <w:tcPr>
            <w:tcW w:w="4700" w:type="dxa"/>
            <w:tcMar>
              <w:top w:w="60" w:type="dxa"/>
              <w:left w:w="80" w:type="dxa"/>
              <w:bottom w:w="60" w:type="dxa"/>
              <w:right w:w="80" w:type="dxa"/>
            </w:tcMar>
          </w:tcPr>
          <w:p w14:paraId="6A7F7137" w14:textId="77777777" w:rsidR="003443E0" w:rsidRDefault="003443E0"/>
        </w:tc>
      </w:tr>
      <w:tr w:rsidR="003443E0" w14:paraId="7F422DE5" w14:textId="77777777" w:rsidTr="006913C7">
        <w:trPr>
          <w:cantSplit/>
          <w:jc w:val="center"/>
        </w:trPr>
        <w:tc>
          <w:tcPr>
            <w:tcW w:w="3504" w:type="dxa"/>
            <w:tcMar>
              <w:top w:w="60" w:type="dxa"/>
              <w:left w:w="80" w:type="dxa"/>
              <w:bottom w:w="60" w:type="dxa"/>
              <w:right w:w="80" w:type="dxa"/>
            </w:tcMar>
          </w:tcPr>
          <w:p w14:paraId="1820CDED" w14:textId="77777777" w:rsidR="003443E0" w:rsidRDefault="00000000">
            <w:r>
              <w:t>First aid provided</w:t>
            </w:r>
          </w:p>
        </w:tc>
        <w:tc>
          <w:tcPr>
            <w:tcW w:w="2308" w:type="dxa"/>
            <w:tcMar>
              <w:top w:w="60" w:type="dxa"/>
              <w:left w:w="80" w:type="dxa"/>
              <w:bottom w:w="60" w:type="dxa"/>
              <w:right w:w="80" w:type="dxa"/>
            </w:tcMar>
          </w:tcPr>
          <w:p w14:paraId="3D88CA33" w14:textId="77777777" w:rsidR="003443E0" w:rsidRDefault="00000000">
            <w:r>
              <w:t>Yes / No / N/A</w:t>
            </w:r>
          </w:p>
        </w:tc>
        <w:tc>
          <w:tcPr>
            <w:tcW w:w="4700" w:type="dxa"/>
            <w:tcMar>
              <w:top w:w="60" w:type="dxa"/>
              <w:left w:w="80" w:type="dxa"/>
              <w:bottom w:w="60" w:type="dxa"/>
              <w:right w:w="80" w:type="dxa"/>
            </w:tcMar>
          </w:tcPr>
          <w:p w14:paraId="43C1DCD8" w14:textId="77777777" w:rsidR="003443E0" w:rsidRDefault="003443E0"/>
        </w:tc>
      </w:tr>
      <w:tr w:rsidR="003443E0" w14:paraId="68483F34" w14:textId="77777777" w:rsidTr="006913C7">
        <w:trPr>
          <w:cantSplit/>
          <w:jc w:val="center"/>
        </w:trPr>
        <w:tc>
          <w:tcPr>
            <w:tcW w:w="3504" w:type="dxa"/>
            <w:tcMar>
              <w:top w:w="60" w:type="dxa"/>
              <w:left w:w="80" w:type="dxa"/>
              <w:bottom w:w="60" w:type="dxa"/>
              <w:right w:w="80" w:type="dxa"/>
            </w:tcMar>
          </w:tcPr>
          <w:p w14:paraId="28E7ABD2" w14:textId="77777777" w:rsidR="003443E0" w:rsidRDefault="00000000">
            <w:r>
              <w:t>Guest / staff support provided</w:t>
            </w:r>
          </w:p>
        </w:tc>
        <w:tc>
          <w:tcPr>
            <w:tcW w:w="2308" w:type="dxa"/>
            <w:tcMar>
              <w:top w:w="60" w:type="dxa"/>
              <w:left w:w="80" w:type="dxa"/>
              <w:bottom w:w="60" w:type="dxa"/>
              <w:right w:w="80" w:type="dxa"/>
            </w:tcMar>
          </w:tcPr>
          <w:p w14:paraId="5AB7540E" w14:textId="77777777" w:rsidR="003443E0" w:rsidRDefault="00000000">
            <w:r>
              <w:t>Yes / No / N/A</w:t>
            </w:r>
          </w:p>
        </w:tc>
        <w:tc>
          <w:tcPr>
            <w:tcW w:w="4700" w:type="dxa"/>
            <w:tcMar>
              <w:top w:w="60" w:type="dxa"/>
              <w:left w:w="80" w:type="dxa"/>
              <w:bottom w:w="60" w:type="dxa"/>
              <w:right w:w="80" w:type="dxa"/>
            </w:tcMar>
          </w:tcPr>
          <w:p w14:paraId="462082D7" w14:textId="77777777" w:rsidR="003443E0" w:rsidRDefault="003443E0"/>
        </w:tc>
      </w:tr>
      <w:tr w:rsidR="003443E0" w14:paraId="1A59A88B" w14:textId="77777777" w:rsidTr="006913C7">
        <w:trPr>
          <w:cantSplit/>
          <w:jc w:val="center"/>
        </w:trPr>
        <w:tc>
          <w:tcPr>
            <w:tcW w:w="3504" w:type="dxa"/>
            <w:tcMar>
              <w:top w:w="60" w:type="dxa"/>
              <w:left w:w="80" w:type="dxa"/>
              <w:bottom w:w="60" w:type="dxa"/>
              <w:right w:w="80" w:type="dxa"/>
            </w:tcMar>
          </w:tcPr>
          <w:p w14:paraId="36ADAA92" w14:textId="77777777" w:rsidR="003443E0" w:rsidRDefault="00000000">
            <w:r>
              <w:t>Individual removed / escorted</w:t>
            </w:r>
          </w:p>
        </w:tc>
        <w:tc>
          <w:tcPr>
            <w:tcW w:w="2308" w:type="dxa"/>
            <w:tcMar>
              <w:top w:w="60" w:type="dxa"/>
              <w:left w:w="80" w:type="dxa"/>
              <w:bottom w:w="60" w:type="dxa"/>
              <w:right w:w="80" w:type="dxa"/>
            </w:tcMar>
          </w:tcPr>
          <w:p w14:paraId="3F758678" w14:textId="77777777" w:rsidR="003443E0" w:rsidRDefault="00000000">
            <w:r>
              <w:t>Yes / No / N/A</w:t>
            </w:r>
          </w:p>
        </w:tc>
        <w:tc>
          <w:tcPr>
            <w:tcW w:w="4700" w:type="dxa"/>
            <w:tcMar>
              <w:top w:w="60" w:type="dxa"/>
              <w:left w:w="80" w:type="dxa"/>
              <w:bottom w:w="60" w:type="dxa"/>
              <w:right w:w="80" w:type="dxa"/>
            </w:tcMar>
          </w:tcPr>
          <w:p w14:paraId="1AB484DC" w14:textId="77777777" w:rsidR="003443E0" w:rsidRDefault="003443E0"/>
        </w:tc>
      </w:tr>
      <w:tr w:rsidR="003443E0" w14:paraId="0B0AFDDD" w14:textId="77777777" w:rsidTr="006913C7">
        <w:trPr>
          <w:cantSplit/>
          <w:jc w:val="center"/>
        </w:trPr>
        <w:tc>
          <w:tcPr>
            <w:tcW w:w="3504" w:type="dxa"/>
            <w:tcMar>
              <w:top w:w="60" w:type="dxa"/>
              <w:left w:w="80" w:type="dxa"/>
              <w:bottom w:w="60" w:type="dxa"/>
              <w:right w:w="80" w:type="dxa"/>
            </w:tcMar>
          </w:tcPr>
          <w:p w14:paraId="7CA38DF2" w14:textId="77777777" w:rsidR="003443E0" w:rsidRDefault="00000000">
            <w:r>
              <w:t>Police contacted</w:t>
            </w:r>
          </w:p>
        </w:tc>
        <w:tc>
          <w:tcPr>
            <w:tcW w:w="2308" w:type="dxa"/>
            <w:tcMar>
              <w:top w:w="60" w:type="dxa"/>
              <w:left w:w="80" w:type="dxa"/>
              <w:bottom w:w="60" w:type="dxa"/>
              <w:right w:w="80" w:type="dxa"/>
            </w:tcMar>
          </w:tcPr>
          <w:p w14:paraId="2989789F" w14:textId="77777777" w:rsidR="003443E0" w:rsidRDefault="00000000">
            <w:r>
              <w:t>Yes / No / N/A</w:t>
            </w:r>
          </w:p>
        </w:tc>
        <w:tc>
          <w:tcPr>
            <w:tcW w:w="4700" w:type="dxa"/>
            <w:tcMar>
              <w:top w:w="60" w:type="dxa"/>
              <w:left w:w="80" w:type="dxa"/>
              <w:bottom w:w="60" w:type="dxa"/>
              <w:right w:w="80" w:type="dxa"/>
            </w:tcMar>
          </w:tcPr>
          <w:p w14:paraId="19E54168" w14:textId="77777777" w:rsidR="003443E0" w:rsidRDefault="003443E0"/>
        </w:tc>
      </w:tr>
      <w:tr w:rsidR="003443E0" w14:paraId="4807D9D0" w14:textId="77777777" w:rsidTr="006913C7">
        <w:trPr>
          <w:cantSplit/>
          <w:jc w:val="center"/>
        </w:trPr>
        <w:tc>
          <w:tcPr>
            <w:tcW w:w="3504" w:type="dxa"/>
            <w:tcMar>
              <w:top w:w="60" w:type="dxa"/>
              <w:left w:w="80" w:type="dxa"/>
              <w:bottom w:w="60" w:type="dxa"/>
              <w:right w:w="80" w:type="dxa"/>
            </w:tcMar>
          </w:tcPr>
          <w:p w14:paraId="3FB9BAE9" w14:textId="77777777" w:rsidR="003443E0" w:rsidRDefault="00000000">
            <w:r>
              <w:t>Ambulance / fire service contacted</w:t>
            </w:r>
          </w:p>
        </w:tc>
        <w:tc>
          <w:tcPr>
            <w:tcW w:w="2308" w:type="dxa"/>
            <w:tcMar>
              <w:top w:w="60" w:type="dxa"/>
              <w:left w:w="80" w:type="dxa"/>
              <w:bottom w:w="60" w:type="dxa"/>
              <w:right w:w="80" w:type="dxa"/>
            </w:tcMar>
          </w:tcPr>
          <w:p w14:paraId="53445C41" w14:textId="77777777" w:rsidR="003443E0" w:rsidRDefault="00000000">
            <w:r>
              <w:t>Yes / No / N/A</w:t>
            </w:r>
          </w:p>
        </w:tc>
        <w:tc>
          <w:tcPr>
            <w:tcW w:w="4700" w:type="dxa"/>
            <w:tcMar>
              <w:top w:w="60" w:type="dxa"/>
              <w:left w:w="80" w:type="dxa"/>
              <w:bottom w:w="60" w:type="dxa"/>
              <w:right w:w="80" w:type="dxa"/>
            </w:tcMar>
          </w:tcPr>
          <w:p w14:paraId="0093FAC4" w14:textId="77777777" w:rsidR="003443E0" w:rsidRDefault="003443E0"/>
        </w:tc>
      </w:tr>
      <w:tr w:rsidR="003443E0" w14:paraId="7F862F63" w14:textId="77777777" w:rsidTr="006913C7">
        <w:trPr>
          <w:cantSplit/>
          <w:jc w:val="center"/>
        </w:trPr>
        <w:tc>
          <w:tcPr>
            <w:tcW w:w="3504" w:type="dxa"/>
            <w:tcMar>
              <w:top w:w="60" w:type="dxa"/>
              <w:left w:w="80" w:type="dxa"/>
              <w:bottom w:w="60" w:type="dxa"/>
              <w:right w:w="80" w:type="dxa"/>
            </w:tcMar>
          </w:tcPr>
          <w:p w14:paraId="703BEBA2" w14:textId="77777777" w:rsidR="003443E0" w:rsidRDefault="00000000">
            <w:r>
              <w:t>Duty manager informed</w:t>
            </w:r>
          </w:p>
        </w:tc>
        <w:tc>
          <w:tcPr>
            <w:tcW w:w="2308" w:type="dxa"/>
            <w:tcMar>
              <w:top w:w="60" w:type="dxa"/>
              <w:left w:w="80" w:type="dxa"/>
              <w:bottom w:w="60" w:type="dxa"/>
              <w:right w:w="80" w:type="dxa"/>
            </w:tcMar>
          </w:tcPr>
          <w:p w14:paraId="45CBA0CF" w14:textId="77777777" w:rsidR="003443E0" w:rsidRDefault="00000000">
            <w:r>
              <w:t>Yes / No / N/A</w:t>
            </w:r>
          </w:p>
        </w:tc>
        <w:tc>
          <w:tcPr>
            <w:tcW w:w="4700" w:type="dxa"/>
            <w:tcMar>
              <w:top w:w="60" w:type="dxa"/>
              <w:left w:w="80" w:type="dxa"/>
              <w:bottom w:w="60" w:type="dxa"/>
              <w:right w:w="80" w:type="dxa"/>
            </w:tcMar>
          </w:tcPr>
          <w:p w14:paraId="2FE501E3" w14:textId="77777777" w:rsidR="003443E0" w:rsidRDefault="003443E0"/>
        </w:tc>
      </w:tr>
      <w:tr w:rsidR="003443E0" w14:paraId="6FE7C198" w14:textId="77777777" w:rsidTr="006913C7">
        <w:trPr>
          <w:cantSplit/>
          <w:jc w:val="center"/>
        </w:trPr>
        <w:tc>
          <w:tcPr>
            <w:tcW w:w="3504" w:type="dxa"/>
            <w:tcMar>
              <w:top w:w="60" w:type="dxa"/>
              <w:left w:w="80" w:type="dxa"/>
              <w:bottom w:w="60" w:type="dxa"/>
              <w:right w:w="80" w:type="dxa"/>
            </w:tcMar>
          </w:tcPr>
          <w:p w14:paraId="59D4E592" w14:textId="77777777" w:rsidR="003443E0" w:rsidRDefault="00000000">
            <w:r>
              <w:t>CCTV preserved / flagged</w:t>
            </w:r>
          </w:p>
        </w:tc>
        <w:tc>
          <w:tcPr>
            <w:tcW w:w="2308" w:type="dxa"/>
            <w:tcMar>
              <w:top w:w="60" w:type="dxa"/>
              <w:left w:w="80" w:type="dxa"/>
              <w:bottom w:w="60" w:type="dxa"/>
              <w:right w:w="80" w:type="dxa"/>
            </w:tcMar>
          </w:tcPr>
          <w:p w14:paraId="5777EE93" w14:textId="77777777" w:rsidR="003443E0" w:rsidRDefault="00000000">
            <w:r>
              <w:t>Yes / No / N/A</w:t>
            </w:r>
          </w:p>
        </w:tc>
        <w:tc>
          <w:tcPr>
            <w:tcW w:w="4700" w:type="dxa"/>
            <w:tcMar>
              <w:top w:w="60" w:type="dxa"/>
              <w:left w:w="80" w:type="dxa"/>
              <w:bottom w:w="60" w:type="dxa"/>
              <w:right w:w="80" w:type="dxa"/>
            </w:tcMar>
          </w:tcPr>
          <w:p w14:paraId="2F0863C1" w14:textId="77777777" w:rsidR="003443E0" w:rsidRDefault="003443E0"/>
        </w:tc>
      </w:tr>
      <w:tr w:rsidR="003443E0" w14:paraId="4CFFE6C7" w14:textId="77777777" w:rsidTr="006913C7">
        <w:trPr>
          <w:cantSplit/>
          <w:jc w:val="center"/>
        </w:trPr>
        <w:tc>
          <w:tcPr>
            <w:tcW w:w="3504" w:type="dxa"/>
            <w:tcMar>
              <w:top w:w="60" w:type="dxa"/>
              <w:left w:w="80" w:type="dxa"/>
              <w:bottom w:w="60" w:type="dxa"/>
              <w:right w:w="80" w:type="dxa"/>
            </w:tcMar>
          </w:tcPr>
          <w:p w14:paraId="28FAE64C" w14:textId="77777777" w:rsidR="003443E0" w:rsidRDefault="00000000">
            <w:r>
              <w:t>Facilities / maintenance contacted</w:t>
            </w:r>
          </w:p>
        </w:tc>
        <w:tc>
          <w:tcPr>
            <w:tcW w:w="2308" w:type="dxa"/>
            <w:tcMar>
              <w:top w:w="60" w:type="dxa"/>
              <w:left w:w="80" w:type="dxa"/>
              <w:bottom w:w="60" w:type="dxa"/>
              <w:right w:w="80" w:type="dxa"/>
            </w:tcMar>
          </w:tcPr>
          <w:p w14:paraId="3C61B1AC" w14:textId="77777777" w:rsidR="003443E0" w:rsidRDefault="00000000">
            <w:r>
              <w:t>Yes / No / N/A</w:t>
            </w:r>
          </w:p>
        </w:tc>
        <w:tc>
          <w:tcPr>
            <w:tcW w:w="4700" w:type="dxa"/>
            <w:tcMar>
              <w:top w:w="60" w:type="dxa"/>
              <w:left w:w="80" w:type="dxa"/>
              <w:bottom w:w="60" w:type="dxa"/>
              <w:right w:w="80" w:type="dxa"/>
            </w:tcMar>
          </w:tcPr>
          <w:p w14:paraId="0AE9F8F1" w14:textId="77777777" w:rsidR="003443E0" w:rsidRDefault="003443E0"/>
        </w:tc>
      </w:tr>
      <w:tr w:rsidR="003443E0" w14:paraId="798A2157" w14:textId="77777777" w:rsidTr="006913C7">
        <w:trPr>
          <w:cantSplit/>
          <w:jc w:val="center"/>
        </w:trPr>
        <w:tc>
          <w:tcPr>
            <w:tcW w:w="3504" w:type="dxa"/>
            <w:tcMar>
              <w:top w:w="60" w:type="dxa"/>
              <w:left w:w="80" w:type="dxa"/>
              <w:bottom w:w="60" w:type="dxa"/>
              <w:right w:w="80" w:type="dxa"/>
            </w:tcMar>
          </w:tcPr>
          <w:p w14:paraId="10454719" w14:textId="77777777" w:rsidR="003443E0" w:rsidRDefault="00000000">
            <w:r>
              <w:t>Other action</w:t>
            </w:r>
          </w:p>
        </w:tc>
        <w:tc>
          <w:tcPr>
            <w:tcW w:w="2308" w:type="dxa"/>
            <w:tcMar>
              <w:top w:w="60" w:type="dxa"/>
              <w:left w:w="80" w:type="dxa"/>
              <w:bottom w:w="60" w:type="dxa"/>
              <w:right w:w="80" w:type="dxa"/>
            </w:tcMar>
          </w:tcPr>
          <w:p w14:paraId="4CC545A6" w14:textId="77777777" w:rsidR="003443E0" w:rsidRDefault="00000000">
            <w:r>
              <w:t>Yes / No / N/A</w:t>
            </w:r>
          </w:p>
        </w:tc>
        <w:tc>
          <w:tcPr>
            <w:tcW w:w="4700" w:type="dxa"/>
            <w:tcMar>
              <w:top w:w="60" w:type="dxa"/>
              <w:left w:w="80" w:type="dxa"/>
              <w:bottom w:w="60" w:type="dxa"/>
              <w:right w:w="80" w:type="dxa"/>
            </w:tcMar>
          </w:tcPr>
          <w:p w14:paraId="470DDAA7" w14:textId="77777777" w:rsidR="003443E0" w:rsidRDefault="003443E0"/>
        </w:tc>
      </w:tr>
    </w:tbl>
    <w:p w14:paraId="2DAB0CAD" w14:textId="77777777" w:rsidR="00C30D4A" w:rsidRDefault="00C30D4A">
      <w:pPr>
        <w:spacing w:after="80"/>
        <w:rPr>
          <w:b/>
          <w:sz w:val="22"/>
        </w:rPr>
      </w:pPr>
    </w:p>
    <w:p w14:paraId="432DFD4B" w14:textId="16B80BD8" w:rsidR="003443E0" w:rsidRPr="00C30D4A" w:rsidRDefault="00000000">
      <w:pPr>
        <w:spacing w:after="80"/>
        <w:rPr>
          <w:color w:val="13D9B4"/>
          <w:sz w:val="24"/>
          <w:szCs w:val="24"/>
        </w:rPr>
      </w:pPr>
      <w:r w:rsidRPr="00C30D4A">
        <w:rPr>
          <w:b/>
          <w:color w:val="13D9B4"/>
          <w:sz w:val="24"/>
          <w:szCs w:val="24"/>
        </w:rPr>
        <w:t>5. Escalation and notifications</w:t>
      </w:r>
    </w:p>
    <w:p w14:paraId="565AF54B" w14:textId="77777777" w:rsidR="003443E0" w:rsidRDefault="00000000">
      <w:pPr>
        <w:spacing w:after="80"/>
      </w:pPr>
      <w:r>
        <w:t>Create a clear record of who was notified, when, and what response or instruction followed.</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28"/>
        <w:gridCol w:w="1908"/>
        <w:gridCol w:w="2552"/>
        <w:gridCol w:w="3424"/>
      </w:tblGrid>
      <w:tr w:rsidR="003443E0" w14:paraId="7D5FF8BB" w14:textId="77777777" w:rsidTr="006913C7">
        <w:trPr>
          <w:cantSplit/>
          <w:tblHeader/>
          <w:jc w:val="center"/>
        </w:trPr>
        <w:tc>
          <w:tcPr>
            <w:tcW w:w="2628" w:type="dxa"/>
            <w:shd w:val="clear" w:color="auto" w:fill="F2F2F2" w:themeFill="background1" w:themeFillShade="F2"/>
            <w:tcMar>
              <w:top w:w="80" w:type="dxa"/>
              <w:left w:w="80" w:type="dxa"/>
              <w:bottom w:w="80" w:type="dxa"/>
              <w:right w:w="80" w:type="dxa"/>
            </w:tcMar>
            <w:vAlign w:val="center"/>
          </w:tcPr>
          <w:p w14:paraId="7A813049" w14:textId="77777777" w:rsidR="003443E0" w:rsidRDefault="00000000">
            <w:r>
              <w:rPr>
                <w:b/>
                <w:sz w:val="16"/>
              </w:rPr>
              <w:t xml:space="preserve">Person / </w:t>
            </w:r>
            <w:proofErr w:type="spellStart"/>
            <w:r>
              <w:rPr>
                <w:b/>
                <w:sz w:val="16"/>
              </w:rPr>
              <w:t>organisation</w:t>
            </w:r>
            <w:proofErr w:type="spellEnd"/>
          </w:p>
        </w:tc>
        <w:tc>
          <w:tcPr>
            <w:tcW w:w="1908" w:type="dxa"/>
            <w:shd w:val="clear" w:color="auto" w:fill="F2F2F2" w:themeFill="background1" w:themeFillShade="F2"/>
            <w:tcMar>
              <w:top w:w="80" w:type="dxa"/>
              <w:left w:w="80" w:type="dxa"/>
              <w:bottom w:w="80" w:type="dxa"/>
              <w:right w:w="80" w:type="dxa"/>
            </w:tcMar>
            <w:vAlign w:val="center"/>
          </w:tcPr>
          <w:p w14:paraId="49264BE4" w14:textId="77777777" w:rsidR="003443E0" w:rsidRDefault="00000000">
            <w:r>
              <w:rPr>
                <w:b/>
                <w:sz w:val="16"/>
              </w:rPr>
              <w:t>Time notified</w:t>
            </w:r>
          </w:p>
        </w:tc>
        <w:tc>
          <w:tcPr>
            <w:tcW w:w="2552" w:type="dxa"/>
            <w:shd w:val="clear" w:color="auto" w:fill="F2F2F2" w:themeFill="background1" w:themeFillShade="F2"/>
            <w:tcMar>
              <w:top w:w="80" w:type="dxa"/>
              <w:left w:w="80" w:type="dxa"/>
              <w:bottom w:w="80" w:type="dxa"/>
              <w:right w:w="80" w:type="dxa"/>
            </w:tcMar>
            <w:vAlign w:val="center"/>
          </w:tcPr>
          <w:p w14:paraId="5D3A4EE8" w14:textId="77777777" w:rsidR="003443E0" w:rsidRDefault="00000000">
            <w:r>
              <w:rPr>
                <w:b/>
                <w:sz w:val="16"/>
              </w:rPr>
              <w:t>Notified by</w:t>
            </w:r>
          </w:p>
        </w:tc>
        <w:tc>
          <w:tcPr>
            <w:tcW w:w="3424" w:type="dxa"/>
            <w:shd w:val="clear" w:color="auto" w:fill="F2F2F2" w:themeFill="background1" w:themeFillShade="F2"/>
            <w:tcMar>
              <w:top w:w="80" w:type="dxa"/>
              <w:left w:w="80" w:type="dxa"/>
              <w:bottom w:w="80" w:type="dxa"/>
              <w:right w:w="80" w:type="dxa"/>
            </w:tcMar>
            <w:vAlign w:val="center"/>
          </w:tcPr>
          <w:p w14:paraId="20F1F565" w14:textId="77777777" w:rsidR="003443E0" w:rsidRDefault="00000000">
            <w:r>
              <w:rPr>
                <w:b/>
                <w:sz w:val="16"/>
              </w:rPr>
              <w:t>Response / instruction</w:t>
            </w:r>
          </w:p>
        </w:tc>
      </w:tr>
      <w:tr w:rsidR="003443E0" w14:paraId="34E1724E" w14:textId="77777777" w:rsidTr="006913C7">
        <w:trPr>
          <w:cantSplit/>
          <w:jc w:val="center"/>
        </w:trPr>
        <w:tc>
          <w:tcPr>
            <w:tcW w:w="2628" w:type="dxa"/>
            <w:tcMar>
              <w:top w:w="85" w:type="dxa"/>
              <w:left w:w="80" w:type="dxa"/>
              <w:bottom w:w="85" w:type="dxa"/>
              <w:right w:w="80" w:type="dxa"/>
            </w:tcMar>
          </w:tcPr>
          <w:p w14:paraId="65D6245A" w14:textId="77777777" w:rsidR="003443E0" w:rsidRDefault="00000000">
            <w:r>
              <w:t>Duty manager</w:t>
            </w:r>
          </w:p>
        </w:tc>
        <w:tc>
          <w:tcPr>
            <w:tcW w:w="1908" w:type="dxa"/>
            <w:tcMar>
              <w:top w:w="85" w:type="dxa"/>
              <w:left w:w="80" w:type="dxa"/>
              <w:bottom w:w="85" w:type="dxa"/>
              <w:right w:w="80" w:type="dxa"/>
            </w:tcMar>
          </w:tcPr>
          <w:p w14:paraId="633D8BCD" w14:textId="77777777" w:rsidR="003443E0" w:rsidRDefault="003443E0"/>
        </w:tc>
        <w:tc>
          <w:tcPr>
            <w:tcW w:w="2552" w:type="dxa"/>
            <w:tcMar>
              <w:top w:w="85" w:type="dxa"/>
              <w:left w:w="80" w:type="dxa"/>
              <w:bottom w:w="85" w:type="dxa"/>
              <w:right w:w="80" w:type="dxa"/>
            </w:tcMar>
          </w:tcPr>
          <w:p w14:paraId="4B292205" w14:textId="77777777" w:rsidR="003443E0" w:rsidRDefault="003443E0"/>
        </w:tc>
        <w:tc>
          <w:tcPr>
            <w:tcW w:w="3424" w:type="dxa"/>
            <w:tcMar>
              <w:top w:w="85" w:type="dxa"/>
              <w:left w:w="80" w:type="dxa"/>
              <w:bottom w:w="85" w:type="dxa"/>
              <w:right w:w="80" w:type="dxa"/>
            </w:tcMar>
          </w:tcPr>
          <w:p w14:paraId="040AFEE6" w14:textId="77777777" w:rsidR="003443E0" w:rsidRDefault="003443E0"/>
        </w:tc>
      </w:tr>
      <w:tr w:rsidR="003443E0" w14:paraId="0B4DEAD3" w14:textId="77777777" w:rsidTr="006913C7">
        <w:trPr>
          <w:cantSplit/>
          <w:jc w:val="center"/>
        </w:trPr>
        <w:tc>
          <w:tcPr>
            <w:tcW w:w="2628" w:type="dxa"/>
            <w:tcMar>
              <w:top w:w="85" w:type="dxa"/>
              <w:left w:w="80" w:type="dxa"/>
              <w:bottom w:w="85" w:type="dxa"/>
              <w:right w:w="80" w:type="dxa"/>
            </w:tcMar>
          </w:tcPr>
          <w:p w14:paraId="47EAEF61" w14:textId="77777777" w:rsidR="003443E0" w:rsidRDefault="00000000">
            <w:r>
              <w:t>Hotel management</w:t>
            </w:r>
          </w:p>
        </w:tc>
        <w:tc>
          <w:tcPr>
            <w:tcW w:w="1908" w:type="dxa"/>
            <w:tcMar>
              <w:top w:w="85" w:type="dxa"/>
              <w:left w:w="80" w:type="dxa"/>
              <w:bottom w:w="85" w:type="dxa"/>
              <w:right w:w="80" w:type="dxa"/>
            </w:tcMar>
          </w:tcPr>
          <w:p w14:paraId="1AEE3C4D" w14:textId="77777777" w:rsidR="003443E0" w:rsidRDefault="003443E0"/>
        </w:tc>
        <w:tc>
          <w:tcPr>
            <w:tcW w:w="2552" w:type="dxa"/>
            <w:tcMar>
              <w:top w:w="85" w:type="dxa"/>
              <w:left w:w="80" w:type="dxa"/>
              <w:bottom w:w="85" w:type="dxa"/>
              <w:right w:w="80" w:type="dxa"/>
            </w:tcMar>
          </w:tcPr>
          <w:p w14:paraId="408C0434" w14:textId="77777777" w:rsidR="003443E0" w:rsidRDefault="003443E0"/>
        </w:tc>
        <w:tc>
          <w:tcPr>
            <w:tcW w:w="3424" w:type="dxa"/>
            <w:tcMar>
              <w:top w:w="85" w:type="dxa"/>
              <w:left w:w="80" w:type="dxa"/>
              <w:bottom w:w="85" w:type="dxa"/>
              <w:right w:w="80" w:type="dxa"/>
            </w:tcMar>
          </w:tcPr>
          <w:p w14:paraId="568A1B80" w14:textId="77777777" w:rsidR="003443E0" w:rsidRDefault="003443E0"/>
        </w:tc>
      </w:tr>
      <w:tr w:rsidR="003443E0" w14:paraId="7A8E2838" w14:textId="77777777" w:rsidTr="006913C7">
        <w:trPr>
          <w:cantSplit/>
          <w:jc w:val="center"/>
        </w:trPr>
        <w:tc>
          <w:tcPr>
            <w:tcW w:w="2628" w:type="dxa"/>
            <w:tcMar>
              <w:top w:w="85" w:type="dxa"/>
              <w:left w:w="80" w:type="dxa"/>
              <w:bottom w:w="85" w:type="dxa"/>
              <w:right w:w="80" w:type="dxa"/>
            </w:tcMar>
          </w:tcPr>
          <w:p w14:paraId="473654A7" w14:textId="77777777" w:rsidR="003443E0" w:rsidRDefault="00000000">
            <w:r>
              <w:t>Police</w:t>
            </w:r>
          </w:p>
        </w:tc>
        <w:tc>
          <w:tcPr>
            <w:tcW w:w="1908" w:type="dxa"/>
            <w:tcMar>
              <w:top w:w="85" w:type="dxa"/>
              <w:left w:w="80" w:type="dxa"/>
              <w:bottom w:w="85" w:type="dxa"/>
              <w:right w:w="80" w:type="dxa"/>
            </w:tcMar>
          </w:tcPr>
          <w:p w14:paraId="0A5A66C2" w14:textId="77777777" w:rsidR="003443E0" w:rsidRDefault="003443E0"/>
        </w:tc>
        <w:tc>
          <w:tcPr>
            <w:tcW w:w="2552" w:type="dxa"/>
            <w:tcMar>
              <w:top w:w="85" w:type="dxa"/>
              <w:left w:w="80" w:type="dxa"/>
              <w:bottom w:w="85" w:type="dxa"/>
              <w:right w:w="80" w:type="dxa"/>
            </w:tcMar>
          </w:tcPr>
          <w:p w14:paraId="4924DD05" w14:textId="77777777" w:rsidR="003443E0" w:rsidRDefault="003443E0"/>
        </w:tc>
        <w:tc>
          <w:tcPr>
            <w:tcW w:w="3424" w:type="dxa"/>
            <w:tcMar>
              <w:top w:w="85" w:type="dxa"/>
              <w:left w:w="80" w:type="dxa"/>
              <w:bottom w:w="85" w:type="dxa"/>
              <w:right w:w="80" w:type="dxa"/>
            </w:tcMar>
          </w:tcPr>
          <w:p w14:paraId="263FD9AA" w14:textId="77777777" w:rsidR="003443E0" w:rsidRDefault="003443E0"/>
        </w:tc>
      </w:tr>
      <w:tr w:rsidR="003443E0" w14:paraId="4312E852" w14:textId="77777777" w:rsidTr="006913C7">
        <w:trPr>
          <w:cantSplit/>
          <w:jc w:val="center"/>
        </w:trPr>
        <w:tc>
          <w:tcPr>
            <w:tcW w:w="2628" w:type="dxa"/>
            <w:tcMar>
              <w:top w:w="85" w:type="dxa"/>
              <w:left w:w="80" w:type="dxa"/>
              <w:bottom w:w="85" w:type="dxa"/>
              <w:right w:w="80" w:type="dxa"/>
            </w:tcMar>
          </w:tcPr>
          <w:p w14:paraId="3AA9E7E7" w14:textId="77777777" w:rsidR="003443E0" w:rsidRDefault="00000000">
            <w:r>
              <w:t>Ambulance / fire service</w:t>
            </w:r>
          </w:p>
        </w:tc>
        <w:tc>
          <w:tcPr>
            <w:tcW w:w="1908" w:type="dxa"/>
            <w:tcMar>
              <w:top w:w="85" w:type="dxa"/>
              <w:left w:w="80" w:type="dxa"/>
              <w:bottom w:w="85" w:type="dxa"/>
              <w:right w:w="80" w:type="dxa"/>
            </w:tcMar>
          </w:tcPr>
          <w:p w14:paraId="233250A0" w14:textId="77777777" w:rsidR="003443E0" w:rsidRDefault="003443E0"/>
        </w:tc>
        <w:tc>
          <w:tcPr>
            <w:tcW w:w="2552" w:type="dxa"/>
            <w:tcMar>
              <w:top w:w="85" w:type="dxa"/>
              <w:left w:w="80" w:type="dxa"/>
              <w:bottom w:w="85" w:type="dxa"/>
              <w:right w:w="80" w:type="dxa"/>
            </w:tcMar>
          </w:tcPr>
          <w:p w14:paraId="5C4BDD72" w14:textId="77777777" w:rsidR="003443E0" w:rsidRDefault="003443E0"/>
        </w:tc>
        <w:tc>
          <w:tcPr>
            <w:tcW w:w="3424" w:type="dxa"/>
            <w:tcMar>
              <w:top w:w="85" w:type="dxa"/>
              <w:left w:w="80" w:type="dxa"/>
              <w:bottom w:w="85" w:type="dxa"/>
              <w:right w:w="80" w:type="dxa"/>
            </w:tcMar>
          </w:tcPr>
          <w:p w14:paraId="657B37A7" w14:textId="77777777" w:rsidR="003443E0" w:rsidRDefault="003443E0"/>
        </w:tc>
      </w:tr>
      <w:tr w:rsidR="003443E0" w14:paraId="5FAF555B" w14:textId="77777777" w:rsidTr="006913C7">
        <w:trPr>
          <w:cantSplit/>
          <w:jc w:val="center"/>
        </w:trPr>
        <w:tc>
          <w:tcPr>
            <w:tcW w:w="2628" w:type="dxa"/>
            <w:tcMar>
              <w:top w:w="85" w:type="dxa"/>
              <w:left w:w="80" w:type="dxa"/>
              <w:bottom w:w="85" w:type="dxa"/>
              <w:right w:w="80" w:type="dxa"/>
            </w:tcMar>
          </w:tcPr>
          <w:p w14:paraId="476765C9" w14:textId="77777777" w:rsidR="003443E0" w:rsidRDefault="00000000">
            <w:r>
              <w:t>Facilities / engineering</w:t>
            </w:r>
          </w:p>
        </w:tc>
        <w:tc>
          <w:tcPr>
            <w:tcW w:w="1908" w:type="dxa"/>
            <w:tcMar>
              <w:top w:w="85" w:type="dxa"/>
              <w:left w:w="80" w:type="dxa"/>
              <w:bottom w:w="85" w:type="dxa"/>
              <w:right w:w="80" w:type="dxa"/>
            </w:tcMar>
          </w:tcPr>
          <w:p w14:paraId="64B89B3F" w14:textId="77777777" w:rsidR="003443E0" w:rsidRDefault="003443E0"/>
        </w:tc>
        <w:tc>
          <w:tcPr>
            <w:tcW w:w="2552" w:type="dxa"/>
            <w:tcMar>
              <w:top w:w="85" w:type="dxa"/>
              <w:left w:w="80" w:type="dxa"/>
              <w:bottom w:w="85" w:type="dxa"/>
              <w:right w:w="80" w:type="dxa"/>
            </w:tcMar>
          </w:tcPr>
          <w:p w14:paraId="1928A7D1" w14:textId="77777777" w:rsidR="003443E0" w:rsidRDefault="003443E0"/>
        </w:tc>
        <w:tc>
          <w:tcPr>
            <w:tcW w:w="3424" w:type="dxa"/>
            <w:tcMar>
              <w:top w:w="85" w:type="dxa"/>
              <w:left w:w="80" w:type="dxa"/>
              <w:bottom w:w="85" w:type="dxa"/>
              <w:right w:w="80" w:type="dxa"/>
            </w:tcMar>
          </w:tcPr>
          <w:p w14:paraId="47BAADEE" w14:textId="77777777" w:rsidR="003443E0" w:rsidRDefault="003443E0"/>
        </w:tc>
      </w:tr>
      <w:tr w:rsidR="003443E0" w14:paraId="38382D35" w14:textId="77777777" w:rsidTr="006913C7">
        <w:trPr>
          <w:cantSplit/>
          <w:jc w:val="center"/>
        </w:trPr>
        <w:tc>
          <w:tcPr>
            <w:tcW w:w="2628" w:type="dxa"/>
            <w:tcMar>
              <w:top w:w="85" w:type="dxa"/>
              <w:left w:w="80" w:type="dxa"/>
              <w:bottom w:w="85" w:type="dxa"/>
              <w:right w:w="80" w:type="dxa"/>
            </w:tcMar>
          </w:tcPr>
          <w:p w14:paraId="646A725A" w14:textId="77777777" w:rsidR="003443E0" w:rsidRDefault="00000000">
            <w:r>
              <w:t>Other</w:t>
            </w:r>
          </w:p>
        </w:tc>
        <w:tc>
          <w:tcPr>
            <w:tcW w:w="1908" w:type="dxa"/>
            <w:tcMar>
              <w:top w:w="85" w:type="dxa"/>
              <w:left w:w="80" w:type="dxa"/>
              <w:bottom w:w="85" w:type="dxa"/>
              <w:right w:w="80" w:type="dxa"/>
            </w:tcMar>
          </w:tcPr>
          <w:p w14:paraId="62B1CEEB" w14:textId="77777777" w:rsidR="003443E0" w:rsidRDefault="003443E0"/>
        </w:tc>
        <w:tc>
          <w:tcPr>
            <w:tcW w:w="2552" w:type="dxa"/>
            <w:tcMar>
              <w:top w:w="85" w:type="dxa"/>
              <w:left w:w="80" w:type="dxa"/>
              <w:bottom w:w="85" w:type="dxa"/>
              <w:right w:w="80" w:type="dxa"/>
            </w:tcMar>
          </w:tcPr>
          <w:p w14:paraId="5A5C009C" w14:textId="77777777" w:rsidR="003443E0" w:rsidRDefault="003443E0"/>
        </w:tc>
        <w:tc>
          <w:tcPr>
            <w:tcW w:w="3424" w:type="dxa"/>
            <w:tcMar>
              <w:top w:w="85" w:type="dxa"/>
              <w:left w:w="80" w:type="dxa"/>
              <w:bottom w:w="85" w:type="dxa"/>
              <w:right w:w="80" w:type="dxa"/>
            </w:tcMar>
          </w:tcPr>
          <w:p w14:paraId="16904873" w14:textId="77777777" w:rsidR="003443E0" w:rsidRDefault="003443E0"/>
        </w:tc>
      </w:tr>
    </w:tbl>
    <w:p w14:paraId="6A5C942F" w14:textId="77777777" w:rsidR="00C30D4A" w:rsidRDefault="00C30D4A">
      <w:pPr>
        <w:spacing w:after="80"/>
        <w:rPr>
          <w:b/>
          <w:sz w:val="22"/>
        </w:rPr>
      </w:pPr>
    </w:p>
    <w:p w14:paraId="5E2B2464" w14:textId="5375D441" w:rsidR="003443E0" w:rsidRPr="00C30D4A" w:rsidRDefault="00000000">
      <w:pPr>
        <w:spacing w:after="80"/>
        <w:rPr>
          <w:color w:val="13D9B4"/>
          <w:sz w:val="24"/>
          <w:szCs w:val="24"/>
        </w:rPr>
      </w:pPr>
      <w:r w:rsidRPr="00C30D4A">
        <w:rPr>
          <w:b/>
          <w:color w:val="13D9B4"/>
          <w:sz w:val="24"/>
          <w:szCs w:val="24"/>
        </w:rPr>
        <w:lastRenderedPageBreak/>
        <w:t>6. Evidence and supporting records</w:t>
      </w:r>
    </w:p>
    <w:p w14:paraId="381FFDE0" w14:textId="77777777" w:rsidR="003443E0" w:rsidRDefault="00000000">
      <w:pPr>
        <w:spacing w:after="80"/>
      </w:pPr>
      <w:r>
        <w:t>Record what evidence exists and where it is stored. Avoid embedding sensitive material directly in this form unless your procedures require it.</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28"/>
        <w:gridCol w:w="1908"/>
        <w:gridCol w:w="2552"/>
        <w:gridCol w:w="3424"/>
      </w:tblGrid>
      <w:tr w:rsidR="003443E0" w14:paraId="38280F35" w14:textId="77777777" w:rsidTr="006913C7">
        <w:trPr>
          <w:cantSplit/>
          <w:tblHeader/>
          <w:jc w:val="center"/>
        </w:trPr>
        <w:tc>
          <w:tcPr>
            <w:tcW w:w="2628" w:type="dxa"/>
            <w:shd w:val="clear" w:color="auto" w:fill="F2F2F2" w:themeFill="background1" w:themeFillShade="F2"/>
            <w:tcMar>
              <w:top w:w="80" w:type="dxa"/>
              <w:left w:w="80" w:type="dxa"/>
              <w:bottom w:w="80" w:type="dxa"/>
              <w:right w:w="80" w:type="dxa"/>
            </w:tcMar>
            <w:vAlign w:val="center"/>
          </w:tcPr>
          <w:p w14:paraId="3E5B4348" w14:textId="77777777" w:rsidR="003443E0" w:rsidRDefault="00000000">
            <w:r>
              <w:rPr>
                <w:b/>
                <w:sz w:val="16"/>
              </w:rPr>
              <w:t>Evidence type</w:t>
            </w:r>
          </w:p>
        </w:tc>
        <w:tc>
          <w:tcPr>
            <w:tcW w:w="1908" w:type="dxa"/>
            <w:shd w:val="clear" w:color="auto" w:fill="F2F2F2" w:themeFill="background1" w:themeFillShade="F2"/>
            <w:tcMar>
              <w:top w:w="80" w:type="dxa"/>
              <w:left w:w="80" w:type="dxa"/>
              <w:bottom w:w="80" w:type="dxa"/>
              <w:right w:w="80" w:type="dxa"/>
            </w:tcMar>
            <w:vAlign w:val="center"/>
          </w:tcPr>
          <w:p w14:paraId="4E30F0E1" w14:textId="77777777" w:rsidR="003443E0" w:rsidRDefault="00000000">
            <w:r>
              <w:rPr>
                <w:b/>
                <w:sz w:val="16"/>
              </w:rPr>
              <w:t>Available?</w:t>
            </w:r>
          </w:p>
        </w:tc>
        <w:tc>
          <w:tcPr>
            <w:tcW w:w="2552" w:type="dxa"/>
            <w:shd w:val="clear" w:color="auto" w:fill="F2F2F2" w:themeFill="background1" w:themeFillShade="F2"/>
            <w:tcMar>
              <w:top w:w="80" w:type="dxa"/>
              <w:left w:w="80" w:type="dxa"/>
              <w:bottom w:w="80" w:type="dxa"/>
              <w:right w:w="80" w:type="dxa"/>
            </w:tcMar>
            <w:vAlign w:val="center"/>
          </w:tcPr>
          <w:p w14:paraId="4695CBC4" w14:textId="77777777" w:rsidR="003443E0" w:rsidRDefault="00000000">
            <w:r>
              <w:rPr>
                <w:b/>
                <w:sz w:val="16"/>
              </w:rPr>
              <w:t>Reference / location</w:t>
            </w:r>
          </w:p>
        </w:tc>
        <w:tc>
          <w:tcPr>
            <w:tcW w:w="3424" w:type="dxa"/>
            <w:shd w:val="clear" w:color="auto" w:fill="F2F2F2" w:themeFill="background1" w:themeFillShade="F2"/>
            <w:tcMar>
              <w:top w:w="80" w:type="dxa"/>
              <w:left w:w="80" w:type="dxa"/>
              <w:bottom w:w="80" w:type="dxa"/>
              <w:right w:w="80" w:type="dxa"/>
            </w:tcMar>
            <w:vAlign w:val="center"/>
          </w:tcPr>
          <w:p w14:paraId="7BB70AD9" w14:textId="77777777" w:rsidR="003443E0" w:rsidRDefault="00000000">
            <w:r>
              <w:rPr>
                <w:b/>
                <w:sz w:val="16"/>
              </w:rPr>
              <w:t>Preservation / access notes</w:t>
            </w:r>
          </w:p>
        </w:tc>
      </w:tr>
      <w:tr w:rsidR="003443E0" w14:paraId="3FEA6F75" w14:textId="77777777" w:rsidTr="006913C7">
        <w:trPr>
          <w:cantSplit/>
          <w:jc w:val="center"/>
        </w:trPr>
        <w:tc>
          <w:tcPr>
            <w:tcW w:w="2628" w:type="dxa"/>
            <w:tcMar>
              <w:top w:w="70" w:type="dxa"/>
              <w:left w:w="80" w:type="dxa"/>
              <w:bottom w:w="70" w:type="dxa"/>
              <w:right w:w="80" w:type="dxa"/>
            </w:tcMar>
          </w:tcPr>
          <w:p w14:paraId="73DC3F24" w14:textId="77777777" w:rsidR="003443E0" w:rsidRDefault="00000000">
            <w:r>
              <w:t>CCTV footage</w:t>
            </w:r>
          </w:p>
        </w:tc>
        <w:tc>
          <w:tcPr>
            <w:tcW w:w="1908" w:type="dxa"/>
            <w:tcMar>
              <w:top w:w="70" w:type="dxa"/>
              <w:left w:w="80" w:type="dxa"/>
              <w:bottom w:w="70" w:type="dxa"/>
              <w:right w:w="80" w:type="dxa"/>
            </w:tcMar>
          </w:tcPr>
          <w:p w14:paraId="636F2E94" w14:textId="77777777" w:rsidR="003443E0" w:rsidRDefault="00000000">
            <w:r>
              <w:t>Yes / No / N/A</w:t>
            </w:r>
          </w:p>
        </w:tc>
        <w:tc>
          <w:tcPr>
            <w:tcW w:w="2552" w:type="dxa"/>
            <w:tcMar>
              <w:top w:w="70" w:type="dxa"/>
              <w:left w:w="80" w:type="dxa"/>
              <w:bottom w:w="70" w:type="dxa"/>
              <w:right w:w="80" w:type="dxa"/>
            </w:tcMar>
          </w:tcPr>
          <w:p w14:paraId="3B5AD030" w14:textId="77777777" w:rsidR="003443E0" w:rsidRDefault="003443E0"/>
        </w:tc>
        <w:tc>
          <w:tcPr>
            <w:tcW w:w="3424" w:type="dxa"/>
            <w:tcMar>
              <w:top w:w="70" w:type="dxa"/>
              <w:left w:w="80" w:type="dxa"/>
              <w:bottom w:w="70" w:type="dxa"/>
              <w:right w:w="80" w:type="dxa"/>
            </w:tcMar>
          </w:tcPr>
          <w:p w14:paraId="25F194E9" w14:textId="77777777" w:rsidR="003443E0" w:rsidRDefault="003443E0"/>
        </w:tc>
      </w:tr>
      <w:tr w:rsidR="003443E0" w14:paraId="1094150E" w14:textId="77777777" w:rsidTr="006913C7">
        <w:trPr>
          <w:cantSplit/>
          <w:jc w:val="center"/>
        </w:trPr>
        <w:tc>
          <w:tcPr>
            <w:tcW w:w="2628" w:type="dxa"/>
            <w:tcMar>
              <w:top w:w="70" w:type="dxa"/>
              <w:left w:w="80" w:type="dxa"/>
              <w:bottom w:w="70" w:type="dxa"/>
              <w:right w:w="80" w:type="dxa"/>
            </w:tcMar>
          </w:tcPr>
          <w:p w14:paraId="1FC2B9EA" w14:textId="77777777" w:rsidR="003443E0" w:rsidRDefault="00000000">
            <w:r>
              <w:t>Photographs</w:t>
            </w:r>
          </w:p>
        </w:tc>
        <w:tc>
          <w:tcPr>
            <w:tcW w:w="1908" w:type="dxa"/>
            <w:tcMar>
              <w:top w:w="70" w:type="dxa"/>
              <w:left w:w="80" w:type="dxa"/>
              <w:bottom w:w="70" w:type="dxa"/>
              <w:right w:w="80" w:type="dxa"/>
            </w:tcMar>
          </w:tcPr>
          <w:p w14:paraId="0C631AC1" w14:textId="77777777" w:rsidR="003443E0" w:rsidRDefault="00000000">
            <w:r>
              <w:t>Yes / No / N/A</w:t>
            </w:r>
          </w:p>
        </w:tc>
        <w:tc>
          <w:tcPr>
            <w:tcW w:w="2552" w:type="dxa"/>
            <w:tcMar>
              <w:top w:w="70" w:type="dxa"/>
              <w:left w:w="80" w:type="dxa"/>
              <w:bottom w:w="70" w:type="dxa"/>
              <w:right w:w="80" w:type="dxa"/>
            </w:tcMar>
          </w:tcPr>
          <w:p w14:paraId="5106224C" w14:textId="77777777" w:rsidR="003443E0" w:rsidRDefault="003443E0"/>
        </w:tc>
        <w:tc>
          <w:tcPr>
            <w:tcW w:w="3424" w:type="dxa"/>
            <w:tcMar>
              <w:top w:w="70" w:type="dxa"/>
              <w:left w:w="80" w:type="dxa"/>
              <w:bottom w:w="70" w:type="dxa"/>
              <w:right w:w="80" w:type="dxa"/>
            </w:tcMar>
          </w:tcPr>
          <w:p w14:paraId="735EA2AF" w14:textId="77777777" w:rsidR="003443E0" w:rsidRDefault="003443E0"/>
        </w:tc>
      </w:tr>
      <w:tr w:rsidR="003443E0" w14:paraId="3C04D9A5" w14:textId="77777777" w:rsidTr="006913C7">
        <w:trPr>
          <w:cantSplit/>
          <w:jc w:val="center"/>
        </w:trPr>
        <w:tc>
          <w:tcPr>
            <w:tcW w:w="2628" w:type="dxa"/>
            <w:tcMar>
              <w:top w:w="70" w:type="dxa"/>
              <w:left w:w="80" w:type="dxa"/>
              <w:bottom w:w="70" w:type="dxa"/>
              <w:right w:w="80" w:type="dxa"/>
            </w:tcMar>
          </w:tcPr>
          <w:p w14:paraId="1BF868C5" w14:textId="77777777" w:rsidR="003443E0" w:rsidRDefault="00000000">
            <w:r>
              <w:t>Witness statement(s)</w:t>
            </w:r>
          </w:p>
        </w:tc>
        <w:tc>
          <w:tcPr>
            <w:tcW w:w="1908" w:type="dxa"/>
            <w:tcMar>
              <w:top w:w="70" w:type="dxa"/>
              <w:left w:w="80" w:type="dxa"/>
              <w:bottom w:w="70" w:type="dxa"/>
              <w:right w:w="80" w:type="dxa"/>
            </w:tcMar>
          </w:tcPr>
          <w:p w14:paraId="23D80743" w14:textId="77777777" w:rsidR="003443E0" w:rsidRDefault="00000000">
            <w:r>
              <w:t>Yes / No / N/A</w:t>
            </w:r>
          </w:p>
        </w:tc>
        <w:tc>
          <w:tcPr>
            <w:tcW w:w="2552" w:type="dxa"/>
            <w:tcMar>
              <w:top w:w="70" w:type="dxa"/>
              <w:left w:w="80" w:type="dxa"/>
              <w:bottom w:w="70" w:type="dxa"/>
              <w:right w:w="80" w:type="dxa"/>
            </w:tcMar>
          </w:tcPr>
          <w:p w14:paraId="319B69EF" w14:textId="77777777" w:rsidR="003443E0" w:rsidRDefault="003443E0"/>
        </w:tc>
        <w:tc>
          <w:tcPr>
            <w:tcW w:w="3424" w:type="dxa"/>
            <w:tcMar>
              <w:top w:w="70" w:type="dxa"/>
              <w:left w:w="80" w:type="dxa"/>
              <w:bottom w:w="70" w:type="dxa"/>
              <w:right w:w="80" w:type="dxa"/>
            </w:tcMar>
          </w:tcPr>
          <w:p w14:paraId="323BD270" w14:textId="77777777" w:rsidR="003443E0" w:rsidRDefault="003443E0"/>
        </w:tc>
      </w:tr>
      <w:tr w:rsidR="003443E0" w14:paraId="51B63590" w14:textId="77777777" w:rsidTr="006913C7">
        <w:trPr>
          <w:cantSplit/>
          <w:jc w:val="center"/>
        </w:trPr>
        <w:tc>
          <w:tcPr>
            <w:tcW w:w="2628" w:type="dxa"/>
            <w:tcMar>
              <w:top w:w="70" w:type="dxa"/>
              <w:left w:w="80" w:type="dxa"/>
              <w:bottom w:w="70" w:type="dxa"/>
              <w:right w:w="80" w:type="dxa"/>
            </w:tcMar>
          </w:tcPr>
          <w:p w14:paraId="211E694F" w14:textId="77777777" w:rsidR="003443E0" w:rsidRDefault="00000000">
            <w:r>
              <w:t>Access / key / card records</w:t>
            </w:r>
          </w:p>
        </w:tc>
        <w:tc>
          <w:tcPr>
            <w:tcW w:w="1908" w:type="dxa"/>
            <w:tcMar>
              <w:top w:w="70" w:type="dxa"/>
              <w:left w:w="80" w:type="dxa"/>
              <w:bottom w:w="70" w:type="dxa"/>
              <w:right w:w="80" w:type="dxa"/>
            </w:tcMar>
          </w:tcPr>
          <w:p w14:paraId="26BAB16D" w14:textId="77777777" w:rsidR="003443E0" w:rsidRDefault="00000000">
            <w:r>
              <w:t>Yes / No / N/A</w:t>
            </w:r>
          </w:p>
        </w:tc>
        <w:tc>
          <w:tcPr>
            <w:tcW w:w="2552" w:type="dxa"/>
            <w:tcMar>
              <w:top w:w="70" w:type="dxa"/>
              <w:left w:w="80" w:type="dxa"/>
              <w:bottom w:w="70" w:type="dxa"/>
              <w:right w:w="80" w:type="dxa"/>
            </w:tcMar>
          </w:tcPr>
          <w:p w14:paraId="63355F23" w14:textId="77777777" w:rsidR="003443E0" w:rsidRDefault="003443E0"/>
        </w:tc>
        <w:tc>
          <w:tcPr>
            <w:tcW w:w="3424" w:type="dxa"/>
            <w:tcMar>
              <w:top w:w="70" w:type="dxa"/>
              <w:left w:w="80" w:type="dxa"/>
              <w:bottom w:w="70" w:type="dxa"/>
              <w:right w:w="80" w:type="dxa"/>
            </w:tcMar>
          </w:tcPr>
          <w:p w14:paraId="118FB8EE" w14:textId="77777777" w:rsidR="003443E0" w:rsidRDefault="003443E0"/>
        </w:tc>
      </w:tr>
      <w:tr w:rsidR="003443E0" w14:paraId="01C8D5D0" w14:textId="77777777" w:rsidTr="006913C7">
        <w:trPr>
          <w:cantSplit/>
          <w:jc w:val="center"/>
        </w:trPr>
        <w:tc>
          <w:tcPr>
            <w:tcW w:w="2628" w:type="dxa"/>
            <w:tcMar>
              <w:top w:w="70" w:type="dxa"/>
              <w:left w:w="80" w:type="dxa"/>
              <w:bottom w:w="70" w:type="dxa"/>
              <w:right w:w="80" w:type="dxa"/>
            </w:tcMar>
          </w:tcPr>
          <w:p w14:paraId="5631AA81" w14:textId="77777777" w:rsidR="003443E0" w:rsidRDefault="00000000">
            <w:r>
              <w:t>Physical evidence</w:t>
            </w:r>
          </w:p>
        </w:tc>
        <w:tc>
          <w:tcPr>
            <w:tcW w:w="1908" w:type="dxa"/>
            <w:tcMar>
              <w:top w:w="70" w:type="dxa"/>
              <w:left w:w="80" w:type="dxa"/>
              <w:bottom w:w="70" w:type="dxa"/>
              <w:right w:w="80" w:type="dxa"/>
            </w:tcMar>
          </w:tcPr>
          <w:p w14:paraId="4A6704DC" w14:textId="77777777" w:rsidR="003443E0" w:rsidRDefault="00000000">
            <w:r>
              <w:t>Yes / No / N/A</w:t>
            </w:r>
          </w:p>
        </w:tc>
        <w:tc>
          <w:tcPr>
            <w:tcW w:w="2552" w:type="dxa"/>
            <w:tcMar>
              <w:top w:w="70" w:type="dxa"/>
              <w:left w:w="80" w:type="dxa"/>
              <w:bottom w:w="70" w:type="dxa"/>
              <w:right w:w="80" w:type="dxa"/>
            </w:tcMar>
          </w:tcPr>
          <w:p w14:paraId="6D323845" w14:textId="77777777" w:rsidR="003443E0" w:rsidRDefault="003443E0"/>
        </w:tc>
        <w:tc>
          <w:tcPr>
            <w:tcW w:w="3424" w:type="dxa"/>
            <w:tcMar>
              <w:top w:w="70" w:type="dxa"/>
              <w:left w:w="80" w:type="dxa"/>
              <w:bottom w:w="70" w:type="dxa"/>
              <w:right w:w="80" w:type="dxa"/>
            </w:tcMar>
          </w:tcPr>
          <w:p w14:paraId="3AA5B2CA" w14:textId="77777777" w:rsidR="003443E0" w:rsidRDefault="003443E0"/>
        </w:tc>
      </w:tr>
      <w:tr w:rsidR="003443E0" w14:paraId="774EFFA3" w14:textId="77777777" w:rsidTr="006913C7">
        <w:trPr>
          <w:cantSplit/>
          <w:jc w:val="center"/>
        </w:trPr>
        <w:tc>
          <w:tcPr>
            <w:tcW w:w="2628" w:type="dxa"/>
            <w:tcMar>
              <w:top w:w="70" w:type="dxa"/>
              <w:left w:w="80" w:type="dxa"/>
              <w:bottom w:w="70" w:type="dxa"/>
              <w:right w:w="80" w:type="dxa"/>
            </w:tcMar>
          </w:tcPr>
          <w:p w14:paraId="10BF4BA8" w14:textId="77777777" w:rsidR="003443E0" w:rsidRDefault="00000000">
            <w:r>
              <w:t>Other document / record</w:t>
            </w:r>
          </w:p>
        </w:tc>
        <w:tc>
          <w:tcPr>
            <w:tcW w:w="1908" w:type="dxa"/>
            <w:tcMar>
              <w:top w:w="70" w:type="dxa"/>
              <w:left w:w="80" w:type="dxa"/>
              <w:bottom w:w="70" w:type="dxa"/>
              <w:right w:w="80" w:type="dxa"/>
            </w:tcMar>
          </w:tcPr>
          <w:p w14:paraId="15C61D44" w14:textId="77777777" w:rsidR="003443E0" w:rsidRDefault="00000000">
            <w:r>
              <w:t>Yes / No / N/A</w:t>
            </w:r>
          </w:p>
        </w:tc>
        <w:tc>
          <w:tcPr>
            <w:tcW w:w="2552" w:type="dxa"/>
            <w:tcMar>
              <w:top w:w="70" w:type="dxa"/>
              <w:left w:w="80" w:type="dxa"/>
              <w:bottom w:w="70" w:type="dxa"/>
              <w:right w:w="80" w:type="dxa"/>
            </w:tcMar>
          </w:tcPr>
          <w:p w14:paraId="6C5D6AC7" w14:textId="77777777" w:rsidR="003443E0" w:rsidRDefault="003443E0"/>
        </w:tc>
        <w:tc>
          <w:tcPr>
            <w:tcW w:w="3424" w:type="dxa"/>
            <w:tcMar>
              <w:top w:w="70" w:type="dxa"/>
              <w:left w:w="80" w:type="dxa"/>
              <w:bottom w:w="70" w:type="dxa"/>
              <w:right w:w="80" w:type="dxa"/>
            </w:tcMar>
          </w:tcPr>
          <w:p w14:paraId="56D65385" w14:textId="77777777" w:rsidR="003443E0" w:rsidRDefault="003443E0"/>
        </w:tc>
      </w:tr>
    </w:tbl>
    <w:p w14:paraId="40A527C0" w14:textId="77777777" w:rsidR="00C30D4A" w:rsidRDefault="00C30D4A">
      <w:pPr>
        <w:spacing w:after="80"/>
        <w:rPr>
          <w:b/>
          <w:color w:val="13D9B4"/>
          <w:szCs w:val="24"/>
        </w:rPr>
      </w:pPr>
    </w:p>
    <w:p w14:paraId="709A85C8" w14:textId="77777777" w:rsidR="00C30D4A" w:rsidRDefault="00C30D4A">
      <w:pPr>
        <w:spacing w:after="80"/>
        <w:rPr>
          <w:b/>
          <w:color w:val="13D9B4"/>
          <w:szCs w:val="24"/>
        </w:rPr>
      </w:pPr>
    </w:p>
    <w:p w14:paraId="44B9DB60" w14:textId="1AF2D322" w:rsidR="003443E0" w:rsidRPr="00C30D4A" w:rsidRDefault="00000000">
      <w:pPr>
        <w:spacing w:after="80"/>
        <w:rPr>
          <w:color w:val="13D9B4"/>
          <w:sz w:val="24"/>
          <w:szCs w:val="24"/>
        </w:rPr>
      </w:pPr>
      <w:r w:rsidRPr="00C30D4A">
        <w:rPr>
          <w:b/>
          <w:color w:val="13D9B4"/>
          <w:sz w:val="24"/>
          <w:szCs w:val="24"/>
        </w:rPr>
        <w:t>7. Incident timeline</w:t>
      </w:r>
    </w:p>
    <w:p w14:paraId="2921D3BC" w14:textId="77777777" w:rsidR="003443E0" w:rsidRDefault="00000000">
      <w:pPr>
        <w:spacing w:after="80"/>
      </w:pPr>
      <w:r>
        <w:t>Reconstruct the significant sequence of events and actions for this incident.</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85"/>
        <w:gridCol w:w="3685"/>
        <w:gridCol w:w="4842"/>
      </w:tblGrid>
      <w:tr w:rsidR="003443E0" w14:paraId="0D7C4496" w14:textId="77777777" w:rsidTr="006913C7">
        <w:trPr>
          <w:cantSplit/>
          <w:tblHeader/>
          <w:jc w:val="center"/>
        </w:trPr>
        <w:tc>
          <w:tcPr>
            <w:tcW w:w="1985" w:type="dxa"/>
            <w:shd w:val="clear" w:color="auto" w:fill="F2F2F2" w:themeFill="background1" w:themeFillShade="F2"/>
            <w:tcMar>
              <w:top w:w="80" w:type="dxa"/>
              <w:left w:w="80" w:type="dxa"/>
              <w:bottom w:w="80" w:type="dxa"/>
              <w:right w:w="80" w:type="dxa"/>
            </w:tcMar>
            <w:vAlign w:val="center"/>
          </w:tcPr>
          <w:p w14:paraId="11C48F51" w14:textId="77777777" w:rsidR="003443E0" w:rsidRDefault="00000000">
            <w:r>
              <w:rPr>
                <w:b/>
                <w:sz w:val="16"/>
              </w:rPr>
              <w:t>Time</w:t>
            </w:r>
          </w:p>
        </w:tc>
        <w:tc>
          <w:tcPr>
            <w:tcW w:w="3685" w:type="dxa"/>
            <w:shd w:val="clear" w:color="auto" w:fill="F2F2F2" w:themeFill="background1" w:themeFillShade="F2"/>
            <w:tcMar>
              <w:top w:w="80" w:type="dxa"/>
              <w:left w:w="80" w:type="dxa"/>
              <w:bottom w:w="80" w:type="dxa"/>
              <w:right w:w="80" w:type="dxa"/>
            </w:tcMar>
            <w:vAlign w:val="center"/>
          </w:tcPr>
          <w:p w14:paraId="3CBADCDC" w14:textId="77777777" w:rsidR="003443E0" w:rsidRDefault="00000000">
            <w:r>
              <w:rPr>
                <w:b/>
                <w:sz w:val="16"/>
              </w:rPr>
              <w:t>Event / observation</w:t>
            </w:r>
          </w:p>
        </w:tc>
        <w:tc>
          <w:tcPr>
            <w:tcW w:w="4842" w:type="dxa"/>
            <w:shd w:val="clear" w:color="auto" w:fill="F2F2F2" w:themeFill="background1" w:themeFillShade="F2"/>
            <w:tcMar>
              <w:top w:w="80" w:type="dxa"/>
              <w:left w:w="80" w:type="dxa"/>
              <w:bottom w:w="80" w:type="dxa"/>
              <w:right w:w="80" w:type="dxa"/>
            </w:tcMar>
            <w:vAlign w:val="center"/>
          </w:tcPr>
          <w:p w14:paraId="67B7B3DE" w14:textId="77777777" w:rsidR="003443E0" w:rsidRDefault="00000000">
            <w:r>
              <w:rPr>
                <w:b/>
                <w:sz w:val="16"/>
              </w:rPr>
              <w:t>Action / response</w:t>
            </w:r>
          </w:p>
        </w:tc>
      </w:tr>
      <w:tr w:rsidR="003443E0" w14:paraId="7AA156E1" w14:textId="77777777" w:rsidTr="006913C7">
        <w:trPr>
          <w:cantSplit/>
          <w:jc w:val="center"/>
        </w:trPr>
        <w:tc>
          <w:tcPr>
            <w:tcW w:w="1985" w:type="dxa"/>
            <w:tcMar>
              <w:top w:w="125" w:type="dxa"/>
              <w:left w:w="80" w:type="dxa"/>
              <w:bottom w:w="125" w:type="dxa"/>
              <w:right w:w="80" w:type="dxa"/>
            </w:tcMar>
          </w:tcPr>
          <w:p w14:paraId="735FE869" w14:textId="77777777" w:rsidR="003443E0" w:rsidRDefault="003443E0"/>
        </w:tc>
        <w:tc>
          <w:tcPr>
            <w:tcW w:w="3685" w:type="dxa"/>
            <w:tcMar>
              <w:top w:w="125" w:type="dxa"/>
              <w:left w:w="80" w:type="dxa"/>
              <w:bottom w:w="125" w:type="dxa"/>
              <w:right w:w="80" w:type="dxa"/>
            </w:tcMar>
          </w:tcPr>
          <w:p w14:paraId="4163EDA5" w14:textId="77777777" w:rsidR="003443E0" w:rsidRDefault="003443E0"/>
        </w:tc>
        <w:tc>
          <w:tcPr>
            <w:tcW w:w="4842" w:type="dxa"/>
            <w:tcMar>
              <w:top w:w="125" w:type="dxa"/>
              <w:left w:w="80" w:type="dxa"/>
              <w:bottom w:w="125" w:type="dxa"/>
              <w:right w:w="80" w:type="dxa"/>
            </w:tcMar>
          </w:tcPr>
          <w:p w14:paraId="31A0A331" w14:textId="77777777" w:rsidR="003443E0" w:rsidRDefault="003443E0"/>
        </w:tc>
      </w:tr>
      <w:tr w:rsidR="003443E0" w14:paraId="4113C007" w14:textId="77777777" w:rsidTr="006913C7">
        <w:trPr>
          <w:cantSplit/>
          <w:jc w:val="center"/>
        </w:trPr>
        <w:tc>
          <w:tcPr>
            <w:tcW w:w="1985" w:type="dxa"/>
            <w:tcMar>
              <w:top w:w="125" w:type="dxa"/>
              <w:left w:w="80" w:type="dxa"/>
              <w:bottom w:w="125" w:type="dxa"/>
              <w:right w:w="80" w:type="dxa"/>
            </w:tcMar>
          </w:tcPr>
          <w:p w14:paraId="1A8EEBE7" w14:textId="77777777" w:rsidR="003443E0" w:rsidRDefault="003443E0"/>
        </w:tc>
        <w:tc>
          <w:tcPr>
            <w:tcW w:w="3685" w:type="dxa"/>
            <w:tcMar>
              <w:top w:w="125" w:type="dxa"/>
              <w:left w:w="80" w:type="dxa"/>
              <w:bottom w:w="125" w:type="dxa"/>
              <w:right w:w="80" w:type="dxa"/>
            </w:tcMar>
          </w:tcPr>
          <w:p w14:paraId="77FCC1A0" w14:textId="77777777" w:rsidR="003443E0" w:rsidRDefault="003443E0"/>
        </w:tc>
        <w:tc>
          <w:tcPr>
            <w:tcW w:w="4842" w:type="dxa"/>
            <w:tcMar>
              <w:top w:w="125" w:type="dxa"/>
              <w:left w:w="80" w:type="dxa"/>
              <w:bottom w:w="125" w:type="dxa"/>
              <w:right w:w="80" w:type="dxa"/>
            </w:tcMar>
          </w:tcPr>
          <w:p w14:paraId="369D069F" w14:textId="77777777" w:rsidR="003443E0" w:rsidRDefault="003443E0"/>
        </w:tc>
      </w:tr>
      <w:tr w:rsidR="003443E0" w14:paraId="67EFF5A2" w14:textId="77777777" w:rsidTr="006913C7">
        <w:trPr>
          <w:cantSplit/>
          <w:jc w:val="center"/>
        </w:trPr>
        <w:tc>
          <w:tcPr>
            <w:tcW w:w="1985" w:type="dxa"/>
            <w:tcMar>
              <w:top w:w="125" w:type="dxa"/>
              <w:left w:w="80" w:type="dxa"/>
              <w:bottom w:w="125" w:type="dxa"/>
              <w:right w:w="80" w:type="dxa"/>
            </w:tcMar>
          </w:tcPr>
          <w:p w14:paraId="2DBAA436" w14:textId="77777777" w:rsidR="003443E0" w:rsidRDefault="003443E0"/>
        </w:tc>
        <w:tc>
          <w:tcPr>
            <w:tcW w:w="3685" w:type="dxa"/>
            <w:tcMar>
              <w:top w:w="125" w:type="dxa"/>
              <w:left w:w="80" w:type="dxa"/>
              <w:bottom w:w="125" w:type="dxa"/>
              <w:right w:w="80" w:type="dxa"/>
            </w:tcMar>
          </w:tcPr>
          <w:p w14:paraId="6C3A7305" w14:textId="77777777" w:rsidR="003443E0" w:rsidRDefault="003443E0"/>
        </w:tc>
        <w:tc>
          <w:tcPr>
            <w:tcW w:w="4842" w:type="dxa"/>
            <w:tcMar>
              <w:top w:w="125" w:type="dxa"/>
              <w:left w:w="80" w:type="dxa"/>
              <w:bottom w:w="125" w:type="dxa"/>
              <w:right w:w="80" w:type="dxa"/>
            </w:tcMar>
          </w:tcPr>
          <w:p w14:paraId="195B8AFE" w14:textId="77777777" w:rsidR="003443E0" w:rsidRDefault="003443E0"/>
        </w:tc>
      </w:tr>
      <w:tr w:rsidR="003443E0" w14:paraId="15D45A8C" w14:textId="77777777" w:rsidTr="006913C7">
        <w:trPr>
          <w:cantSplit/>
          <w:jc w:val="center"/>
        </w:trPr>
        <w:tc>
          <w:tcPr>
            <w:tcW w:w="1985" w:type="dxa"/>
            <w:tcMar>
              <w:top w:w="125" w:type="dxa"/>
              <w:left w:w="80" w:type="dxa"/>
              <w:bottom w:w="125" w:type="dxa"/>
              <w:right w:w="80" w:type="dxa"/>
            </w:tcMar>
          </w:tcPr>
          <w:p w14:paraId="7BAF2D00" w14:textId="77777777" w:rsidR="003443E0" w:rsidRDefault="003443E0"/>
        </w:tc>
        <w:tc>
          <w:tcPr>
            <w:tcW w:w="3685" w:type="dxa"/>
            <w:tcMar>
              <w:top w:w="125" w:type="dxa"/>
              <w:left w:w="80" w:type="dxa"/>
              <w:bottom w:w="125" w:type="dxa"/>
              <w:right w:w="80" w:type="dxa"/>
            </w:tcMar>
          </w:tcPr>
          <w:p w14:paraId="0A5E6173" w14:textId="77777777" w:rsidR="003443E0" w:rsidRDefault="003443E0"/>
        </w:tc>
        <w:tc>
          <w:tcPr>
            <w:tcW w:w="4842" w:type="dxa"/>
            <w:tcMar>
              <w:top w:w="125" w:type="dxa"/>
              <w:left w:w="80" w:type="dxa"/>
              <w:bottom w:w="125" w:type="dxa"/>
              <w:right w:w="80" w:type="dxa"/>
            </w:tcMar>
          </w:tcPr>
          <w:p w14:paraId="61CD2369" w14:textId="77777777" w:rsidR="003443E0" w:rsidRDefault="003443E0"/>
        </w:tc>
      </w:tr>
      <w:tr w:rsidR="003443E0" w14:paraId="4AD8D238" w14:textId="77777777" w:rsidTr="006913C7">
        <w:trPr>
          <w:cantSplit/>
          <w:jc w:val="center"/>
        </w:trPr>
        <w:tc>
          <w:tcPr>
            <w:tcW w:w="1985" w:type="dxa"/>
            <w:tcMar>
              <w:top w:w="125" w:type="dxa"/>
              <w:left w:w="80" w:type="dxa"/>
              <w:bottom w:w="125" w:type="dxa"/>
              <w:right w:w="80" w:type="dxa"/>
            </w:tcMar>
          </w:tcPr>
          <w:p w14:paraId="0EA279D0" w14:textId="77777777" w:rsidR="003443E0" w:rsidRDefault="003443E0"/>
        </w:tc>
        <w:tc>
          <w:tcPr>
            <w:tcW w:w="3685" w:type="dxa"/>
            <w:tcMar>
              <w:top w:w="125" w:type="dxa"/>
              <w:left w:w="80" w:type="dxa"/>
              <w:bottom w:w="125" w:type="dxa"/>
              <w:right w:w="80" w:type="dxa"/>
            </w:tcMar>
          </w:tcPr>
          <w:p w14:paraId="0A27E8F2" w14:textId="77777777" w:rsidR="003443E0" w:rsidRDefault="003443E0"/>
        </w:tc>
        <w:tc>
          <w:tcPr>
            <w:tcW w:w="4842" w:type="dxa"/>
            <w:tcMar>
              <w:top w:w="125" w:type="dxa"/>
              <w:left w:w="80" w:type="dxa"/>
              <w:bottom w:w="125" w:type="dxa"/>
              <w:right w:w="80" w:type="dxa"/>
            </w:tcMar>
          </w:tcPr>
          <w:p w14:paraId="38205139" w14:textId="77777777" w:rsidR="003443E0" w:rsidRDefault="003443E0"/>
        </w:tc>
      </w:tr>
      <w:tr w:rsidR="003443E0" w14:paraId="4AD4080F" w14:textId="77777777" w:rsidTr="006913C7">
        <w:trPr>
          <w:cantSplit/>
          <w:jc w:val="center"/>
        </w:trPr>
        <w:tc>
          <w:tcPr>
            <w:tcW w:w="1985" w:type="dxa"/>
            <w:tcMar>
              <w:top w:w="125" w:type="dxa"/>
              <w:left w:w="80" w:type="dxa"/>
              <w:bottom w:w="125" w:type="dxa"/>
              <w:right w:w="80" w:type="dxa"/>
            </w:tcMar>
          </w:tcPr>
          <w:p w14:paraId="7B05985D" w14:textId="77777777" w:rsidR="003443E0" w:rsidRDefault="003443E0"/>
        </w:tc>
        <w:tc>
          <w:tcPr>
            <w:tcW w:w="3685" w:type="dxa"/>
            <w:tcMar>
              <w:top w:w="125" w:type="dxa"/>
              <w:left w:w="80" w:type="dxa"/>
              <w:bottom w:w="125" w:type="dxa"/>
              <w:right w:w="80" w:type="dxa"/>
            </w:tcMar>
          </w:tcPr>
          <w:p w14:paraId="20B328D0" w14:textId="77777777" w:rsidR="003443E0" w:rsidRDefault="003443E0"/>
        </w:tc>
        <w:tc>
          <w:tcPr>
            <w:tcW w:w="4842" w:type="dxa"/>
            <w:tcMar>
              <w:top w:w="125" w:type="dxa"/>
              <w:left w:w="80" w:type="dxa"/>
              <w:bottom w:w="125" w:type="dxa"/>
              <w:right w:w="80" w:type="dxa"/>
            </w:tcMar>
          </w:tcPr>
          <w:p w14:paraId="14318550" w14:textId="77777777" w:rsidR="003443E0" w:rsidRDefault="003443E0"/>
        </w:tc>
      </w:tr>
    </w:tbl>
    <w:p w14:paraId="11A7F514" w14:textId="77777777" w:rsidR="00C30D4A" w:rsidRDefault="00C30D4A">
      <w:pPr>
        <w:spacing w:after="80"/>
        <w:rPr>
          <w:b/>
          <w:sz w:val="22"/>
        </w:rPr>
      </w:pPr>
    </w:p>
    <w:p w14:paraId="4345F18E" w14:textId="7956CA9D" w:rsidR="003443E0" w:rsidRPr="00A21943" w:rsidRDefault="00000000">
      <w:pPr>
        <w:spacing w:after="80"/>
        <w:rPr>
          <w:color w:val="13D9B4"/>
          <w:sz w:val="24"/>
          <w:szCs w:val="24"/>
        </w:rPr>
      </w:pPr>
      <w:r w:rsidRPr="00A21943">
        <w:rPr>
          <w:b/>
          <w:color w:val="13D9B4"/>
          <w:sz w:val="24"/>
          <w:szCs w:val="24"/>
        </w:rPr>
        <w:t>8. Follow-up and corrective actions</w:t>
      </w:r>
    </w:p>
    <w:p w14:paraId="6D50A0B6" w14:textId="77777777" w:rsidR="003443E0" w:rsidRDefault="00000000">
      <w:pPr>
        <w:spacing w:after="80"/>
      </w:pPr>
      <w:r>
        <w:t xml:space="preserve">Assign every outstanding action to </w:t>
      </w:r>
      <w:proofErr w:type="gramStart"/>
      <w:r>
        <w:t>an</w:t>
      </w:r>
      <w:proofErr w:type="gramEnd"/>
      <w:r>
        <w:t xml:space="preserve"> owner and keep it visible until it is complete.</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750"/>
        <w:gridCol w:w="1750"/>
        <w:gridCol w:w="1751"/>
        <w:gridCol w:w="1750"/>
        <w:gridCol w:w="1750"/>
        <w:gridCol w:w="1751"/>
      </w:tblGrid>
      <w:tr w:rsidR="006913C7" w14:paraId="473EE723" w14:textId="77777777" w:rsidTr="006913C7">
        <w:tc>
          <w:tcPr>
            <w:tcW w:w="1750" w:type="dxa"/>
            <w:shd w:val="clear" w:color="auto" w:fill="F2F2F2" w:themeFill="background1" w:themeFillShade="F2"/>
            <w:vAlign w:val="center"/>
          </w:tcPr>
          <w:p w14:paraId="2F9DB0C1" w14:textId="799123E7" w:rsidR="006913C7" w:rsidRDefault="006913C7">
            <w:pPr>
              <w:spacing w:after="80"/>
            </w:pPr>
            <w:r>
              <w:rPr>
                <w:b/>
                <w:sz w:val="16"/>
              </w:rPr>
              <w:t>Action required</w:t>
            </w:r>
          </w:p>
        </w:tc>
        <w:tc>
          <w:tcPr>
            <w:tcW w:w="8752" w:type="dxa"/>
            <w:gridSpan w:val="5"/>
            <w:vAlign w:val="center"/>
          </w:tcPr>
          <w:p w14:paraId="1993E326" w14:textId="77777777" w:rsidR="006913C7" w:rsidRDefault="006913C7">
            <w:pPr>
              <w:spacing w:after="80"/>
            </w:pPr>
          </w:p>
          <w:p w14:paraId="4F92A132" w14:textId="77777777" w:rsidR="006913C7" w:rsidRDefault="006913C7">
            <w:pPr>
              <w:spacing w:after="80"/>
            </w:pPr>
          </w:p>
        </w:tc>
      </w:tr>
      <w:tr w:rsidR="006913C7" w14:paraId="0AC6FDB1" w14:textId="77777777" w:rsidTr="006913C7">
        <w:tc>
          <w:tcPr>
            <w:tcW w:w="1750" w:type="dxa"/>
            <w:shd w:val="clear" w:color="auto" w:fill="F2F2F2" w:themeFill="background1" w:themeFillShade="F2"/>
            <w:vAlign w:val="center"/>
          </w:tcPr>
          <w:p w14:paraId="58AC27D0" w14:textId="77777777" w:rsidR="006913C7" w:rsidRDefault="006913C7">
            <w:pPr>
              <w:spacing w:after="80"/>
            </w:pPr>
            <w:r>
              <w:rPr>
                <w:b/>
                <w:sz w:val="16"/>
              </w:rPr>
              <w:t>Owner</w:t>
            </w:r>
          </w:p>
        </w:tc>
        <w:tc>
          <w:tcPr>
            <w:tcW w:w="1750" w:type="dxa"/>
            <w:vAlign w:val="center"/>
          </w:tcPr>
          <w:p w14:paraId="5F80459B" w14:textId="77777777" w:rsidR="006913C7" w:rsidRDefault="006913C7">
            <w:pPr>
              <w:spacing w:after="80"/>
            </w:pPr>
          </w:p>
        </w:tc>
        <w:tc>
          <w:tcPr>
            <w:tcW w:w="1751" w:type="dxa"/>
            <w:shd w:val="clear" w:color="auto" w:fill="F2F2F2" w:themeFill="background1" w:themeFillShade="F2"/>
            <w:vAlign w:val="center"/>
          </w:tcPr>
          <w:p w14:paraId="56FB2C7D" w14:textId="73DE813F" w:rsidR="006913C7" w:rsidRPr="006913C7" w:rsidRDefault="006913C7">
            <w:pPr>
              <w:spacing w:after="80"/>
              <w:rPr>
                <w:b/>
                <w:bCs/>
                <w:sz w:val="16"/>
                <w:szCs w:val="16"/>
              </w:rPr>
            </w:pPr>
            <w:r w:rsidRPr="006913C7">
              <w:rPr>
                <w:b/>
                <w:bCs/>
                <w:sz w:val="16"/>
                <w:szCs w:val="16"/>
              </w:rPr>
              <w:t>Due Date</w:t>
            </w:r>
          </w:p>
        </w:tc>
        <w:tc>
          <w:tcPr>
            <w:tcW w:w="1750" w:type="dxa"/>
            <w:vAlign w:val="center"/>
          </w:tcPr>
          <w:p w14:paraId="7CE6A7CD" w14:textId="77777777" w:rsidR="006913C7" w:rsidRDefault="006913C7">
            <w:pPr>
              <w:spacing w:after="80"/>
            </w:pPr>
          </w:p>
        </w:tc>
        <w:tc>
          <w:tcPr>
            <w:tcW w:w="1750" w:type="dxa"/>
            <w:shd w:val="clear" w:color="auto" w:fill="F2F2F2" w:themeFill="background1" w:themeFillShade="F2"/>
            <w:vAlign w:val="center"/>
          </w:tcPr>
          <w:p w14:paraId="37C04EFF" w14:textId="3F027CAD" w:rsidR="006913C7" w:rsidRPr="006913C7" w:rsidRDefault="006913C7">
            <w:pPr>
              <w:spacing w:after="80"/>
              <w:rPr>
                <w:b/>
                <w:bCs/>
                <w:sz w:val="16"/>
                <w:szCs w:val="16"/>
              </w:rPr>
            </w:pPr>
            <w:r w:rsidRPr="006913C7">
              <w:rPr>
                <w:b/>
                <w:bCs/>
                <w:sz w:val="16"/>
                <w:szCs w:val="16"/>
              </w:rPr>
              <w:t>Status</w:t>
            </w:r>
          </w:p>
        </w:tc>
        <w:tc>
          <w:tcPr>
            <w:tcW w:w="1751" w:type="dxa"/>
            <w:vAlign w:val="center"/>
          </w:tcPr>
          <w:p w14:paraId="58BAA133" w14:textId="1AD7823D" w:rsidR="006913C7" w:rsidRDefault="006913C7">
            <w:pPr>
              <w:spacing w:after="80"/>
            </w:pPr>
          </w:p>
        </w:tc>
      </w:tr>
      <w:tr w:rsidR="006913C7" w14:paraId="7D294AB8" w14:textId="77777777" w:rsidTr="006913C7">
        <w:tc>
          <w:tcPr>
            <w:tcW w:w="1750" w:type="dxa"/>
            <w:shd w:val="clear" w:color="auto" w:fill="F2F2F2" w:themeFill="background1" w:themeFillShade="F2"/>
            <w:vAlign w:val="center"/>
          </w:tcPr>
          <w:p w14:paraId="0EFF32D1" w14:textId="7264B0B6" w:rsidR="006913C7" w:rsidRPr="006913C7" w:rsidRDefault="006913C7">
            <w:pPr>
              <w:spacing w:after="80"/>
              <w:rPr>
                <w:b/>
                <w:bCs/>
                <w:sz w:val="16"/>
                <w:szCs w:val="16"/>
              </w:rPr>
            </w:pPr>
            <w:r w:rsidRPr="006913C7">
              <w:rPr>
                <w:b/>
                <w:bCs/>
                <w:sz w:val="16"/>
                <w:szCs w:val="16"/>
              </w:rPr>
              <w:t>Completion notes</w:t>
            </w:r>
          </w:p>
        </w:tc>
        <w:tc>
          <w:tcPr>
            <w:tcW w:w="8752" w:type="dxa"/>
            <w:gridSpan w:val="5"/>
            <w:vAlign w:val="center"/>
          </w:tcPr>
          <w:p w14:paraId="4E897008" w14:textId="77777777" w:rsidR="006913C7" w:rsidRDefault="006913C7">
            <w:pPr>
              <w:spacing w:after="80"/>
            </w:pPr>
          </w:p>
          <w:p w14:paraId="6F4D2249" w14:textId="77777777" w:rsidR="006913C7" w:rsidRDefault="006913C7">
            <w:pPr>
              <w:spacing w:after="80"/>
            </w:pPr>
          </w:p>
        </w:tc>
      </w:tr>
    </w:tbl>
    <w:p w14:paraId="77695729" w14:textId="77777777" w:rsidR="006913C7" w:rsidRDefault="006913C7">
      <w:pPr>
        <w:spacing w:after="80"/>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750"/>
        <w:gridCol w:w="1750"/>
        <w:gridCol w:w="1751"/>
        <w:gridCol w:w="1750"/>
        <w:gridCol w:w="1750"/>
        <w:gridCol w:w="1751"/>
      </w:tblGrid>
      <w:tr w:rsidR="006913C7" w14:paraId="7B21B1BA" w14:textId="77777777" w:rsidTr="006913C7">
        <w:tc>
          <w:tcPr>
            <w:tcW w:w="1750" w:type="dxa"/>
            <w:shd w:val="clear" w:color="auto" w:fill="F2F2F2" w:themeFill="background1" w:themeFillShade="F2"/>
            <w:vAlign w:val="center"/>
          </w:tcPr>
          <w:p w14:paraId="13A54DA1" w14:textId="77777777" w:rsidR="006913C7" w:rsidRDefault="006913C7" w:rsidP="0054070A">
            <w:pPr>
              <w:spacing w:after="80"/>
            </w:pPr>
            <w:r>
              <w:rPr>
                <w:b/>
                <w:sz w:val="16"/>
              </w:rPr>
              <w:t>Action required</w:t>
            </w:r>
          </w:p>
        </w:tc>
        <w:tc>
          <w:tcPr>
            <w:tcW w:w="8752" w:type="dxa"/>
            <w:gridSpan w:val="5"/>
            <w:vAlign w:val="center"/>
          </w:tcPr>
          <w:p w14:paraId="479FCE63" w14:textId="77777777" w:rsidR="006913C7" w:rsidRDefault="006913C7" w:rsidP="0054070A">
            <w:pPr>
              <w:spacing w:after="80"/>
            </w:pPr>
          </w:p>
          <w:p w14:paraId="58BD8EF2" w14:textId="77777777" w:rsidR="006913C7" w:rsidRDefault="006913C7" w:rsidP="0054070A">
            <w:pPr>
              <w:spacing w:after="80"/>
            </w:pPr>
          </w:p>
        </w:tc>
      </w:tr>
      <w:tr w:rsidR="006913C7" w14:paraId="6FB1EB1C" w14:textId="77777777" w:rsidTr="006913C7">
        <w:tc>
          <w:tcPr>
            <w:tcW w:w="1750" w:type="dxa"/>
            <w:shd w:val="clear" w:color="auto" w:fill="F2F2F2" w:themeFill="background1" w:themeFillShade="F2"/>
            <w:vAlign w:val="center"/>
          </w:tcPr>
          <w:p w14:paraId="56AC2847" w14:textId="77777777" w:rsidR="006913C7" w:rsidRDefault="006913C7" w:rsidP="0054070A">
            <w:pPr>
              <w:spacing w:after="80"/>
            </w:pPr>
            <w:r>
              <w:rPr>
                <w:b/>
                <w:sz w:val="16"/>
              </w:rPr>
              <w:t>Owner</w:t>
            </w:r>
          </w:p>
        </w:tc>
        <w:tc>
          <w:tcPr>
            <w:tcW w:w="1750" w:type="dxa"/>
            <w:vAlign w:val="center"/>
          </w:tcPr>
          <w:p w14:paraId="25920170" w14:textId="77777777" w:rsidR="006913C7" w:rsidRDefault="006913C7" w:rsidP="0054070A">
            <w:pPr>
              <w:spacing w:after="80"/>
            </w:pPr>
          </w:p>
        </w:tc>
        <w:tc>
          <w:tcPr>
            <w:tcW w:w="1751" w:type="dxa"/>
            <w:shd w:val="clear" w:color="auto" w:fill="F2F2F2" w:themeFill="background1" w:themeFillShade="F2"/>
            <w:vAlign w:val="center"/>
          </w:tcPr>
          <w:p w14:paraId="6D4DF0C3" w14:textId="77777777" w:rsidR="006913C7" w:rsidRPr="006913C7" w:rsidRDefault="006913C7" w:rsidP="0054070A">
            <w:pPr>
              <w:spacing w:after="80"/>
              <w:rPr>
                <w:b/>
                <w:bCs/>
                <w:sz w:val="16"/>
                <w:szCs w:val="16"/>
              </w:rPr>
            </w:pPr>
            <w:r w:rsidRPr="006913C7">
              <w:rPr>
                <w:b/>
                <w:bCs/>
                <w:sz w:val="16"/>
                <w:szCs w:val="16"/>
              </w:rPr>
              <w:t>Due Date</w:t>
            </w:r>
          </w:p>
        </w:tc>
        <w:tc>
          <w:tcPr>
            <w:tcW w:w="1750" w:type="dxa"/>
            <w:vAlign w:val="center"/>
          </w:tcPr>
          <w:p w14:paraId="621A6931" w14:textId="77777777" w:rsidR="006913C7" w:rsidRDefault="006913C7" w:rsidP="0054070A">
            <w:pPr>
              <w:spacing w:after="80"/>
            </w:pPr>
          </w:p>
        </w:tc>
        <w:tc>
          <w:tcPr>
            <w:tcW w:w="1750" w:type="dxa"/>
            <w:shd w:val="clear" w:color="auto" w:fill="F2F2F2" w:themeFill="background1" w:themeFillShade="F2"/>
            <w:vAlign w:val="center"/>
          </w:tcPr>
          <w:p w14:paraId="2A425C7C" w14:textId="77777777" w:rsidR="006913C7" w:rsidRPr="006913C7" w:rsidRDefault="006913C7" w:rsidP="0054070A">
            <w:pPr>
              <w:spacing w:after="80"/>
              <w:rPr>
                <w:b/>
                <w:bCs/>
                <w:sz w:val="16"/>
                <w:szCs w:val="16"/>
              </w:rPr>
            </w:pPr>
            <w:r w:rsidRPr="006913C7">
              <w:rPr>
                <w:b/>
                <w:bCs/>
                <w:sz w:val="16"/>
                <w:szCs w:val="16"/>
              </w:rPr>
              <w:t>Status</w:t>
            </w:r>
          </w:p>
        </w:tc>
        <w:tc>
          <w:tcPr>
            <w:tcW w:w="1751" w:type="dxa"/>
            <w:vAlign w:val="center"/>
          </w:tcPr>
          <w:p w14:paraId="4EE2D929" w14:textId="77777777" w:rsidR="006913C7" w:rsidRDefault="006913C7" w:rsidP="0054070A">
            <w:pPr>
              <w:spacing w:after="80"/>
            </w:pPr>
          </w:p>
        </w:tc>
      </w:tr>
      <w:tr w:rsidR="006913C7" w14:paraId="42C61E17" w14:textId="77777777" w:rsidTr="006913C7">
        <w:tc>
          <w:tcPr>
            <w:tcW w:w="1750" w:type="dxa"/>
            <w:shd w:val="clear" w:color="auto" w:fill="F2F2F2" w:themeFill="background1" w:themeFillShade="F2"/>
            <w:vAlign w:val="center"/>
          </w:tcPr>
          <w:p w14:paraId="17957C9F" w14:textId="77777777" w:rsidR="006913C7" w:rsidRPr="006913C7" w:rsidRDefault="006913C7" w:rsidP="0054070A">
            <w:pPr>
              <w:spacing w:after="80"/>
              <w:rPr>
                <w:b/>
                <w:bCs/>
                <w:sz w:val="16"/>
                <w:szCs w:val="16"/>
              </w:rPr>
            </w:pPr>
            <w:r w:rsidRPr="006913C7">
              <w:rPr>
                <w:b/>
                <w:bCs/>
                <w:sz w:val="16"/>
                <w:szCs w:val="16"/>
              </w:rPr>
              <w:t>Completion notes</w:t>
            </w:r>
          </w:p>
        </w:tc>
        <w:tc>
          <w:tcPr>
            <w:tcW w:w="8752" w:type="dxa"/>
            <w:gridSpan w:val="5"/>
            <w:vAlign w:val="center"/>
          </w:tcPr>
          <w:p w14:paraId="5CDAA585" w14:textId="77777777" w:rsidR="006913C7" w:rsidRDefault="006913C7" w:rsidP="0054070A">
            <w:pPr>
              <w:spacing w:after="80"/>
            </w:pPr>
          </w:p>
          <w:p w14:paraId="4B0CBD47" w14:textId="77777777" w:rsidR="006913C7" w:rsidRDefault="006913C7" w:rsidP="0054070A">
            <w:pPr>
              <w:spacing w:after="80"/>
            </w:pPr>
          </w:p>
        </w:tc>
      </w:tr>
    </w:tbl>
    <w:p w14:paraId="13897BED" w14:textId="77777777" w:rsidR="00A21943" w:rsidRDefault="00A21943">
      <w:pPr>
        <w:spacing w:after="80"/>
        <w:rPr>
          <w:b/>
          <w:sz w:val="22"/>
        </w:rPr>
      </w:pPr>
    </w:p>
    <w:p w14:paraId="42126A3C" w14:textId="77777777" w:rsidR="00A21943" w:rsidRDefault="00A21943">
      <w:pPr>
        <w:spacing w:after="80"/>
        <w:rPr>
          <w:b/>
          <w:sz w:val="22"/>
        </w:rPr>
      </w:pPr>
    </w:p>
    <w:p w14:paraId="3EE671B0" w14:textId="77777777" w:rsidR="00A21943" w:rsidRDefault="00A21943">
      <w:pPr>
        <w:spacing w:after="80"/>
        <w:rPr>
          <w:b/>
          <w:sz w:val="22"/>
        </w:rPr>
      </w:pPr>
    </w:p>
    <w:p w14:paraId="1F2AA73C" w14:textId="77777777" w:rsidR="00A21943" w:rsidRDefault="00A21943">
      <w:pPr>
        <w:spacing w:after="80"/>
        <w:rPr>
          <w:b/>
          <w:sz w:val="22"/>
        </w:rPr>
      </w:pPr>
    </w:p>
    <w:p w14:paraId="3E33C122" w14:textId="29A44CFF" w:rsidR="003443E0" w:rsidRPr="00A21943" w:rsidRDefault="00000000">
      <w:pPr>
        <w:spacing w:after="80"/>
        <w:rPr>
          <w:color w:val="13D9B4"/>
          <w:sz w:val="24"/>
          <w:szCs w:val="24"/>
        </w:rPr>
      </w:pPr>
      <w:r w:rsidRPr="00A21943">
        <w:rPr>
          <w:b/>
          <w:color w:val="13D9B4"/>
          <w:sz w:val="24"/>
          <w:szCs w:val="24"/>
        </w:rPr>
        <w:t>9. Review and closure</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256"/>
        <w:gridCol w:w="5256"/>
      </w:tblGrid>
      <w:tr w:rsidR="003443E0" w14:paraId="03AEABFB" w14:textId="77777777" w:rsidTr="00A21943">
        <w:trPr>
          <w:cantSplit/>
        </w:trPr>
        <w:tc>
          <w:tcPr>
            <w:tcW w:w="5256" w:type="dxa"/>
            <w:shd w:val="clear" w:color="auto" w:fill="F2F2F2" w:themeFill="background1" w:themeFillShade="F2"/>
            <w:tcMar>
              <w:top w:w="90" w:type="dxa"/>
              <w:left w:w="80" w:type="dxa"/>
              <w:bottom w:w="90" w:type="dxa"/>
              <w:right w:w="80" w:type="dxa"/>
            </w:tcMar>
          </w:tcPr>
          <w:p w14:paraId="628516FB" w14:textId="77777777" w:rsidR="003443E0" w:rsidRDefault="00000000">
            <w:r>
              <w:rPr>
                <w:b/>
                <w:sz w:val="16"/>
              </w:rPr>
              <w:t>Further investigation required?</w:t>
            </w:r>
          </w:p>
        </w:tc>
        <w:tc>
          <w:tcPr>
            <w:tcW w:w="5256" w:type="dxa"/>
            <w:tcMar>
              <w:top w:w="90" w:type="dxa"/>
              <w:left w:w="80" w:type="dxa"/>
              <w:bottom w:w="90" w:type="dxa"/>
              <w:right w:w="80" w:type="dxa"/>
            </w:tcMar>
          </w:tcPr>
          <w:p w14:paraId="26CF8F06" w14:textId="77777777" w:rsidR="003443E0" w:rsidRDefault="00000000">
            <w:r>
              <w:rPr>
                <w:sz w:val="16"/>
              </w:rPr>
              <w:t>Yes / No</w:t>
            </w:r>
          </w:p>
        </w:tc>
      </w:tr>
      <w:tr w:rsidR="003443E0" w14:paraId="778C2FA2" w14:textId="77777777" w:rsidTr="00A21943">
        <w:trPr>
          <w:cantSplit/>
        </w:trPr>
        <w:tc>
          <w:tcPr>
            <w:tcW w:w="5256" w:type="dxa"/>
            <w:shd w:val="clear" w:color="auto" w:fill="F2F2F2" w:themeFill="background1" w:themeFillShade="F2"/>
            <w:tcMar>
              <w:top w:w="90" w:type="dxa"/>
              <w:left w:w="80" w:type="dxa"/>
              <w:bottom w:w="90" w:type="dxa"/>
              <w:right w:w="80" w:type="dxa"/>
            </w:tcMar>
          </w:tcPr>
          <w:p w14:paraId="5F0864A5" w14:textId="77777777" w:rsidR="003443E0" w:rsidRDefault="00000000">
            <w:r>
              <w:rPr>
                <w:b/>
                <w:sz w:val="16"/>
              </w:rPr>
              <w:t>Corrective action required?</w:t>
            </w:r>
          </w:p>
        </w:tc>
        <w:tc>
          <w:tcPr>
            <w:tcW w:w="5256" w:type="dxa"/>
            <w:tcMar>
              <w:top w:w="90" w:type="dxa"/>
              <w:left w:w="80" w:type="dxa"/>
              <w:bottom w:w="90" w:type="dxa"/>
              <w:right w:w="80" w:type="dxa"/>
            </w:tcMar>
          </w:tcPr>
          <w:p w14:paraId="6009EB13" w14:textId="77777777" w:rsidR="003443E0" w:rsidRDefault="00000000">
            <w:r>
              <w:rPr>
                <w:sz w:val="16"/>
              </w:rPr>
              <w:t>Yes / No</w:t>
            </w:r>
          </w:p>
        </w:tc>
      </w:tr>
      <w:tr w:rsidR="003443E0" w14:paraId="4553E516" w14:textId="77777777" w:rsidTr="00A21943">
        <w:trPr>
          <w:cantSplit/>
        </w:trPr>
        <w:tc>
          <w:tcPr>
            <w:tcW w:w="5256" w:type="dxa"/>
            <w:shd w:val="clear" w:color="auto" w:fill="F2F2F2" w:themeFill="background1" w:themeFillShade="F2"/>
            <w:tcMar>
              <w:top w:w="90" w:type="dxa"/>
              <w:left w:w="80" w:type="dxa"/>
              <w:bottom w:w="90" w:type="dxa"/>
              <w:right w:w="80" w:type="dxa"/>
            </w:tcMar>
          </w:tcPr>
          <w:p w14:paraId="580C6418" w14:textId="77777777" w:rsidR="003443E0" w:rsidRDefault="00000000">
            <w:r>
              <w:rPr>
                <w:b/>
                <w:sz w:val="16"/>
              </w:rPr>
              <w:t>Lessons / recurring issues identified</w:t>
            </w:r>
          </w:p>
        </w:tc>
        <w:tc>
          <w:tcPr>
            <w:tcW w:w="5256" w:type="dxa"/>
            <w:tcMar>
              <w:top w:w="90" w:type="dxa"/>
              <w:left w:w="80" w:type="dxa"/>
              <w:bottom w:w="90" w:type="dxa"/>
              <w:right w:w="80" w:type="dxa"/>
            </w:tcMar>
          </w:tcPr>
          <w:p w14:paraId="6E68CB80" w14:textId="77777777" w:rsidR="003443E0" w:rsidRDefault="003443E0"/>
        </w:tc>
      </w:tr>
      <w:tr w:rsidR="003443E0" w14:paraId="229978CD" w14:textId="77777777" w:rsidTr="00A21943">
        <w:trPr>
          <w:cantSplit/>
        </w:trPr>
        <w:tc>
          <w:tcPr>
            <w:tcW w:w="5256" w:type="dxa"/>
            <w:shd w:val="clear" w:color="auto" w:fill="F2F2F2" w:themeFill="background1" w:themeFillShade="F2"/>
            <w:tcMar>
              <w:top w:w="90" w:type="dxa"/>
              <w:left w:w="80" w:type="dxa"/>
              <w:bottom w:w="90" w:type="dxa"/>
              <w:right w:w="80" w:type="dxa"/>
            </w:tcMar>
          </w:tcPr>
          <w:p w14:paraId="3E8852EF" w14:textId="77777777" w:rsidR="003443E0" w:rsidRDefault="00000000">
            <w:r>
              <w:rPr>
                <w:b/>
                <w:sz w:val="16"/>
              </w:rPr>
              <w:t>Final outcome</w:t>
            </w:r>
          </w:p>
        </w:tc>
        <w:tc>
          <w:tcPr>
            <w:tcW w:w="5256" w:type="dxa"/>
            <w:tcMar>
              <w:top w:w="90" w:type="dxa"/>
              <w:left w:w="80" w:type="dxa"/>
              <w:bottom w:w="90" w:type="dxa"/>
              <w:right w:w="80" w:type="dxa"/>
            </w:tcMar>
          </w:tcPr>
          <w:p w14:paraId="0EE281C7" w14:textId="77777777" w:rsidR="003443E0" w:rsidRDefault="003443E0"/>
        </w:tc>
      </w:tr>
      <w:tr w:rsidR="003443E0" w14:paraId="46592D23" w14:textId="77777777" w:rsidTr="00A21943">
        <w:trPr>
          <w:cantSplit/>
        </w:trPr>
        <w:tc>
          <w:tcPr>
            <w:tcW w:w="5256" w:type="dxa"/>
            <w:shd w:val="clear" w:color="auto" w:fill="F2F2F2" w:themeFill="background1" w:themeFillShade="F2"/>
            <w:tcMar>
              <w:top w:w="90" w:type="dxa"/>
              <w:left w:w="80" w:type="dxa"/>
              <w:bottom w:w="90" w:type="dxa"/>
              <w:right w:w="80" w:type="dxa"/>
            </w:tcMar>
          </w:tcPr>
          <w:p w14:paraId="74BC0B37" w14:textId="77777777" w:rsidR="003443E0" w:rsidRDefault="00000000">
            <w:r>
              <w:rPr>
                <w:b/>
                <w:sz w:val="16"/>
              </w:rPr>
              <w:t>Reviewed by</w:t>
            </w:r>
          </w:p>
        </w:tc>
        <w:tc>
          <w:tcPr>
            <w:tcW w:w="5256" w:type="dxa"/>
            <w:tcMar>
              <w:top w:w="90" w:type="dxa"/>
              <w:left w:w="80" w:type="dxa"/>
              <w:bottom w:w="90" w:type="dxa"/>
              <w:right w:w="80" w:type="dxa"/>
            </w:tcMar>
          </w:tcPr>
          <w:p w14:paraId="6D072667" w14:textId="77777777" w:rsidR="003443E0" w:rsidRDefault="003443E0"/>
        </w:tc>
      </w:tr>
      <w:tr w:rsidR="003443E0" w14:paraId="44CE24FD" w14:textId="77777777" w:rsidTr="00A21943">
        <w:trPr>
          <w:cantSplit/>
        </w:trPr>
        <w:tc>
          <w:tcPr>
            <w:tcW w:w="5256" w:type="dxa"/>
            <w:shd w:val="clear" w:color="auto" w:fill="F2F2F2" w:themeFill="background1" w:themeFillShade="F2"/>
            <w:tcMar>
              <w:top w:w="90" w:type="dxa"/>
              <w:left w:w="80" w:type="dxa"/>
              <w:bottom w:w="90" w:type="dxa"/>
              <w:right w:w="80" w:type="dxa"/>
            </w:tcMar>
          </w:tcPr>
          <w:p w14:paraId="66256AF5" w14:textId="77777777" w:rsidR="003443E0" w:rsidRDefault="00000000">
            <w:r>
              <w:rPr>
                <w:b/>
                <w:sz w:val="16"/>
              </w:rPr>
              <w:t>Closure date</w:t>
            </w:r>
          </w:p>
        </w:tc>
        <w:tc>
          <w:tcPr>
            <w:tcW w:w="5256" w:type="dxa"/>
            <w:tcMar>
              <w:top w:w="90" w:type="dxa"/>
              <w:left w:w="80" w:type="dxa"/>
              <w:bottom w:w="90" w:type="dxa"/>
              <w:right w:w="80" w:type="dxa"/>
            </w:tcMar>
          </w:tcPr>
          <w:p w14:paraId="448531A3" w14:textId="77777777" w:rsidR="003443E0" w:rsidRDefault="003443E0"/>
        </w:tc>
      </w:tr>
      <w:tr w:rsidR="003443E0" w14:paraId="46C75DB3" w14:textId="77777777" w:rsidTr="00A21943">
        <w:trPr>
          <w:cantSplit/>
        </w:trPr>
        <w:tc>
          <w:tcPr>
            <w:tcW w:w="5256" w:type="dxa"/>
            <w:shd w:val="clear" w:color="auto" w:fill="F2F2F2" w:themeFill="background1" w:themeFillShade="F2"/>
            <w:tcMar>
              <w:top w:w="90" w:type="dxa"/>
              <w:left w:w="80" w:type="dxa"/>
              <w:bottom w:w="90" w:type="dxa"/>
              <w:right w:w="80" w:type="dxa"/>
            </w:tcMar>
          </w:tcPr>
          <w:p w14:paraId="336DD188" w14:textId="77777777" w:rsidR="003443E0" w:rsidRDefault="00000000">
            <w:r>
              <w:rPr>
                <w:b/>
                <w:sz w:val="16"/>
              </w:rPr>
              <w:t>Closed by</w:t>
            </w:r>
          </w:p>
        </w:tc>
        <w:tc>
          <w:tcPr>
            <w:tcW w:w="5256" w:type="dxa"/>
            <w:tcMar>
              <w:top w:w="90" w:type="dxa"/>
              <w:left w:w="80" w:type="dxa"/>
              <w:bottom w:w="90" w:type="dxa"/>
              <w:right w:w="80" w:type="dxa"/>
            </w:tcMar>
          </w:tcPr>
          <w:p w14:paraId="170C1D29" w14:textId="77777777" w:rsidR="003443E0" w:rsidRDefault="003443E0"/>
        </w:tc>
      </w:tr>
    </w:tbl>
    <w:p w14:paraId="39711651" w14:textId="77777777" w:rsidR="00A21943" w:rsidRDefault="00A21943">
      <w:pPr>
        <w:keepNext/>
        <w:spacing w:after="0"/>
        <w:rPr>
          <w:b/>
          <w:sz w:val="20"/>
        </w:rPr>
      </w:pPr>
    </w:p>
    <w:p w14:paraId="69627185" w14:textId="425E5F0C" w:rsidR="003443E0" w:rsidRDefault="00000000">
      <w:pPr>
        <w:keepNext/>
        <w:spacing w:after="0"/>
      </w:pPr>
      <w:r>
        <w:rPr>
          <w:b/>
          <w:sz w:val="20"/>
        </w:rPr>
        <w:t>Important</w:t>
      </w:r>
    </w:p>
    <w:p w14:paraId="00A9DED3" w14:textId="77777777" w:rsidR="003443E0" w:rsidRDefault="00000000">
      <w:pPr>
        <w:pStyle w:val="SmallNote"/>
      </w:pPr>
      <w:r>
        <w:t>This template is a general operational framework and should be adapted to your hotel's incident thresholds, emergency procedures, privacy requirements, reporting obligations, safeguarding arrangements, insurance requirements and applicable legal or regulatory duties. Where an incident requires emergency action or notification to an external authority, follow the relevant procedure immediately rather than waiting to complete this form.</w:t>
      </w:r>
    </w:p>
    <w:sectPr w:rsidR="003443E0" w:rsidSect="00034616">
      <w:headerReference w:type="default" r:id="rId8"/>
      <w:footerReference w:type="default" r:id="rId9"/>
      <w:pgSz w:w="12240" w:h="15840"/>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7EA26" w14:textId="77777777" w:rsidR="009F0A79" w:rsidRDefault="009F0A79">
      <w:pPr>
        <w:spacing w:after="0" w:line="240" w:lineRule="auto"/>
      </w:pPr>
      <w:r>
        <w:separator/>
      </w:r>
    </w:p>
  </w:endnote>
  <w:endnote w:type="continuationSeparator" w:id="0">
    <w:p w14:paraId="3DFE5075" w14:textId="77777777" w:rsidR="009F0A79" w:rsidRDefault="009F0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39847" w14:textId="77777777" w:rsidR="003443E0" w:rsidRDefault="00000000">
    <w:pPr>
      <w:pStyle w:val="Footer"/>
      <w:jc w:val="center"/>
    </w:pPr>
    <w:r>
      <w:rPr>
        <w:sz w:val="15"/>
      </w:rPr>
      <w:t>Hotel Security Incident Report Template | Working draft v1.0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B2496" w14:textId="77777777" w:rsidR="009F0A79" w:rsidRDefault="009F0A79">
      <w:pPr>
        <w:spacing w:after="0" w:line="240" w:lineRule="auto"/>
      </w:pPr>
      <w:r>
        <w:separator/>
      </w:r>
    </w:p>
  </w:footnote>
  <w:footnote w:type="continuationSeparator" w:id="0">
    <w:p w14:paraId="6321F11A" w14:textId="77777777" w:rsidR="009F0A79" w:rsidRDefault="009F0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6B6E" w14:textId="34DF585F" w:rsidR="00C30D4A" w:rsidRDefault="00C30D4A">
    <w:pPr>
      <w:pStyle w:val="Header"/>
    </w:pPr>
    <w:r>
      <w:rPr>
        <w:rFonts w:ascii="Aptos Display" w:hAnsi="Aptos Display"/>
        <w:b/>
        <w:noProof/>
        <w:sz w:val="40"/>
      </w:rPr>
      <w:drawing>
        <wp:anchor distT="0" distB="0" distL="114300" distR="114300" simplePos="0" relativeHeight="251657728" behindDoc="1" locked="0" layoutInCell="1" allowOverlap="1" wp14:anchorId="4F100433" wp14:editId="29B92864">
          <wp:simplePos x="0" y="0"/>
          <wp:positionH relativeFrom="column">
            <wp:posOffset>2489200</wp:posOffset>
          </wp:positionH>
          <wp:positionV relativeFrom="paragraph">
            <wp:posOffset>-222250</wp:posOffset>
          </wp:positionV>
          <wp:extent cx="1699260" cy="374650"/>
          <wp:effectExtent l="0" t="0" r="0" b="6350"/>
          <wp:wrapTight wrapText="bothSides">
            <wp:wrapPolygon edited="0">
              <wp:start x="2179" y="3295"/>
              <wp:lineTo x="969" y="12081"/>
              <wp:lineTo x="969" y="17573"/>
              <wp:lineTo x="2179" y="20868"/>
              <wp:lineTo x="20099" y="20868"/>
              <wp:lineTo x="20825" y="16475"/>
              <wp:lineTo x="19857" y="9885"/>
              <wp:lineTo x="17677" y="3295"/>
              <wp:lineTo x="2179" y="3295"/>
            </wp:wrapPolygon>
          </wp:wrapTight>
          <wp:docPr id="1389244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31414" name="Picture 986731414"/>
                  <pic:cNvPicPr/>
                </pic:nvPicPr>
                <pic:blipFill rotWithShape="1">
                  <a:blip r:embed="rId1"/>
                  <a:srcRect b="23376"/>
                  <a:stretch>
                    <a:fillRect/>
                  </a:stretch>
                </pic:blipFill>
                <pic:spPr bwMode="auto">
                  <a:xfrm>
                    <a:off x="0" y="0"/>
                    <a:ext cx="1699260" cy="374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77F558" w14:textId="5A09611C" w:rsidR="00C30D4A" w:rsidRDefault="00C30D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30383592">
    <w:abstractNumId w:val="8"/>
  </w:num>
  <w:num w:numId="2" w16cid:durableId="671221759">
    <w:abstractNumId w:val="6"/>
  </w:num>
  <w:num w:numId="3" w16cid:durableId="420102824">
    <w:abstractNumId w:val="5"/>
  </w:num>
  <w:num w:numId="4" w16cid:durableId="1172918623">
    <w:abstractNumId w:val="4"/>
  </w:num>
  <w:num w:numId="5" w16cid:durableId="2019965731">
    <w:abstractNumId w:val="7"/>
  </w:num>
  <w:num w:numId="6" w16cid:durableId="528377396">
    <w:abstractNumId w:val="3"/>
  </w:num>
  <w:num w:numId="7" w16cid:durableId="32537223">
    <w:abstractNumId w:val="2"/>
  </w:num>
  <w:num w:numId="8" w16cid:durableId="1475484494">
    <w:abstractNumId w:val="1"/>
  </w:num>
  <w:num w:numId="9" w16cid:durableId="1806967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72F5"/>
    <w:rsid w:val="00326F90"/>
    <w:rsid w:val="003443E0"/>
    <w:rsid w:val="00354CFD"/>
    <w:rsid w:val="004C4E80"/>
    <w:rsid w:val="004F0D0C"/>
    <w:rsid w:val="006913C7"/>
    <w:rsid w:val="009F0A79"/>
    <w:rsid w:val="00A21943"/>
    <w:rsid w:val="00AA1D8D"/>
    <w:rsid w:val="00B47730"/>
    <w:rsid w:val="00C30D4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6D1E47"/>
  <w14:defaultImageDpi w14:val="330"/>
  <w15:docId w15:val="{D6E18324-2879-4870-A6E6-9689E232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3178</Characters>
  <Application>Microsoft Office Word</Application>
  <DocSecurity>0</DocSecurity>
  <Lines>288</Lines>
  <Paragraphs>140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 Bateman</cp:lastModifiedBy>
  <cp:revision>3</cp:revision>
  <dcterms:created xsi:type="dcterms:W3CDTF">2026-09-07T14:36:00Z</dcterms:created>
  <dcterms:modified xsi:type="dcterms:W3CDTF">2026-09-07T15:05:00Z</dcterms:modified>
  <cp:category/>
</cp:coreProperties>
</file>